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AÇÃO DE ARBITRAMENTO DE ALUGUEL</w:t>
      </w:r>
    </w:p>
    <w:p/>
    <w:p>
      <w:r>
        <w:rPr>
          <w:b w:val="0"/>
          <w:sz w:val="20"/>
        </w:rPr>
        <w:t>EXCELENTÍSSIMO(A) SENHOR(A) DOUTOR(A) JUIZ(A) DE DIREITO DA ___ VARA CÍVEL DA COMARCA DE ____________________</w:t>
      </w:r>
    </w:p>
    <w:p/>
    <w:p>
      <w:r>
        <w:rPr>
          <w:b w:val="0"/>
          <w:sz w:val="20"/>
        </w:rPr>
        <w:t>AUTOR: _________________________________________________________________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</w:t>
      </w:r>
    </w:p>
    <w:p>
      <w:r>
        <w:rPr>
          <w:b w:val="0"/>
          <w:sz w:val="20"/>
        </w:rPr>
        <w:t>CPF: _________________________________________________________________</w:t>
      </w:r>
    </w:p>
    <w:p>
      <w:r>
        <w:rPr>
          <w:b w:val="0"/>
          <w:sz w:val="20"/>
        </w:rPr>
        <w:t>RG: ____________________________________________________________________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</w:t>
      </w:r>
    </w:p>
    <w:p>
      <w:r>
        <w:rPr>
          <w:b w:val="0"/>
          <w:sz w:val="20"/>
        </w:rPr>
        <w:t>CEP: ______________________ TELEFONE: _________________________________</w:t>
      </w:r>
    </w:p>
    <w:p>
      <w:r>
        <w:rPr>
          <w:b w:val="0"/>
          <w:sz w:val="20"/>
        </w:rPr>
        <w:t>E-MAIL: ________________________________________________________________</w:t>
      </w:r>
    </w:p>
    <w:p/>
    <w:p>
      <w:r>
        <w:rPr>
          <w:b w:val="0"/>
          <w:sz w:val="20"/>
        </w:rPr>
        <w:t>RÉU: __________________________________________________________________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</w:t>
      </w:r>
    </w:p>
    <w:p>
      <w:r>
        <w:rPr>
          <w:b w:val="0"/>
          <w:sz w:val="20"/>
        </w:rPr>
        <w:t>CPF/CNPJ: 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</w:t>
      </w:r>
    </w:p>
    <w:p>
      <w:r>
        <w:rPr>
          <w:b w:val="0"/>
          <w:sz w:val="20"/>
        </w:rPr>
        <w:t>CEP: ______________________ TELEFONE: _________________________________</w:t>
      </w:r>
    </w:p>
    <w:p>
      <w:r>
        <w:rPr>
          <w:b w:val="0"/>
          <w:sz w:val="20"/>
        </w:rPr>
        <w:t>E-MAIL: ________________________________________________________________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 Autor é proprietário do imóvel localizado em ____________________________________________________,</w:t>
      </w:r>
    </w:p>
    <w:p>
      <w:r>
        <w:rPr>
          <w:b w:val="0"/>
          <w:sz w:val="20"/>
        </w:rPr>
        <w:t>conforme comprova a matrícula imobiliária anexa, destinado ao uso residencial/comercial, objeto de locação ao Réu.</w:t>
      </w:r>
    </w:p>
    <w:p>
      <w:r>
        <w:rPr>
          <w:b w:val="0"/>
          <w:sz w:val="20"/>
        </w:rPr>
        <w:t>Ocorre que, diante da ausência de acordo entre as partes quanto ao valor do aluguel,</w:t>
      </w:r>
    </w:p>
    <w:p>
      <w:r>
        <w:rPr>
          <w:b w:val="0"/>
          <w:sz w:val="20"/>
        </w:rPr>
        <w:t>e considerando a necessidade de fixação judicial do valor locatício,</w:t>
      </w:r>
    </w:p>
    <w:p>
      <w:r>
        <w:rPr>
          <w:b w:val="0"/>
          <w:sz w:val="20"/>
        </w:rPr>
        <w:t>vem o Autor propor a presente Ação de Arbitramento de Aluguel.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O artigo 19 da Lei nº 8.245/91 dispõe que, não havendo acordo quanto ao valor do aluguel,</w:t>
      </w:r>
    </w:p>
    <w:p>
      <w:r>
        <w:rPr>
          <w:b w:val="0"/>
          <w:sz w:val="20"/>
        </w:rPr>
        <w:t>o juiz poderá fixá-lo mediante arbitramento, observados os valores locatícios da região, as características do imóvel, e o equilíbrio contratual.</w:t>
      </w:r>
    </w:p>
    <w:p>
      <w:r>
        <w:rPr>
          <w:b w:val="0"/>
          <w:sz w:val="20"/>
        </w:rPr>
        <w:t>A jurisprudência consolidada do Superior Tribunal de Justiça (STJ) reconhece a legitimidade da ação para que o aluguel seja fixado judicialmente,</w:t>
      </w:r>
    </w:p>
    <w:p>
      <w:r>
        <w:rPr>
          <w:b w:val="0"/>
          <w:sz w:val="20"/>
        </w:rPr>
        <w:t>garantindo a justa remuneração ao proprietário e a proteção do locatário contra valores abusivos.</w:t>
      </w:r>
    </w:p>
    <w:p/>
    <w:p>
      <w:r>
        <w:rPr>
          <w:b/>
          <w:sz w:val="22"/>
        </w:rPr>
        <w:t>III – DO PEDIDO</w:t>
      </w:r>
    </w:p>
    <w:p/>
    <w:p>
      <w:r>
        <w:rPr>
          <w:b/>
          <w:sz w:val="20"/>
        </w:rPr>
        <w:t>Diante do exposto, requer:</w:t>
      </w:r>
    </w:p>
    <w:p/>
    <w:p>
      <w:r>
        <w:rPr>
          <w:b w:val="0"/>
          <w:sz w:val="20"/>
        </w:rPr>
        <w:t>1. A citação do Réu para que, querendo, apresente contestação, sob pena de revelia e confissão;</w:t>
      </w:r>
    </w:p>
    <w:p/>
    <w:p>
      <w:r>
        <w:rPr>
          <w:b w:val="0"/>
          <w:sz w:val="20"/>
        </w:rPr>
        <w:t>2. A procedência da presente ação para que seja arbitrado judicialmente o valor do aluguel mensal do imóvel descrito na inicial,</w:t>
      </w:r>
    </w:p>
    <w:p>
      <w:r>
        <w:rPr>
          <w:b w:val="0"/>
          <w:sz w:val="20"/>
        </w:rPr>
        <w:t>considerando as condições do mercado imobiliário local, as características do imóvel e demais elementos pertinentes;</w:t>
      </w:r>
    </w:p>
    <w:p/>
    <w:p>
      <w:r>
        <w:rPr>
          <w:b w:val="0"/>
          <w:sz w:val="20"/>
        </w:rPr>
        <w:t>3. A condenação do Réu ao pagamento dos aluguéis vencidos e vincendos, conforme o valor arbitrado,</w:t>
      </w:r>
    </w:p>
    <w:p>
      <w:r>
        <w:rPr>
          <w:b w:val="0"/>
          <w:sz w:val="20"/>
        </w:rPr>
        <w:t>com juros legais e correção monetária;</w:t>
      </w:r>
    </w:p>
    <w:p/>
    <w:p>
      <w:r>
        <w:rPr>
          <w:b w:val="0"/>
          <w:sz w:val="20"/>
        </w:rPr>
        <w:t>4. A condenação do Réu ao pagamento das custas processuais e honorários advocatícios;</w:t>
      </w:r>
    </w:p>
    <w:p/>
    <w:p>
      <w:r>
        <w:rPr>
          <w:b w:val="0"/>
          <w:sz w:val="20"/>
        </w:rPr>
        <w:t>5. A produção de todas as provas admitidas em direito, em especial documental, pericial, e testemunhal, caso necessário.</w:t>
      </w:r>
    </w:p>
    <w:p/>
    <w:p>
      <w:r>
        <w:rPr>
          <w:b/>
          <w:sz w:val="22"/>
        </w:rPr>
        <w:t>IV – DAS PROVAS</w:t>
      </w:r>
    </w:p>
    <w:p/>
    <w:p>
      <w:r>
        <w:rPr>
          <w:b w:val="0"/>
          <w:sz w:val="20"/>
        </w:rPr>
        <w:t>Protesta-se pela juntada de documentos que comprovam a propriedade do imóvel e a ausência de acordo para fixação do aluguel,</w:t>
      </w:r>
    </w:p>
    <w:p>
      <w:r>
        <w:rPr>
          <w:b w:val="0"/>
          <w:sz w:val="20"/>
        </w:rPr>
        <w:t>bem como requer a realização de perícia para avaliação do valor do imóvel e do aluguel justo, se assim Vossa Excelência entender pertinente.</w:t>
      </w:r>
    </w:p>
    <w:p/>
    <w:p>
      <w:r>
        <w:rPr>
          <w:b/>
          <w:sz w:val="22"/>
        </w:rPr>
        <w:t>V – DOS DOCUMENTOS</w:t>
      </w:r>
    </w:p>
    <w:p/>
    <w:p>
      <w:r>
        <w:rPr>
          <w:b/>
          <w:sz w:val="20"/>
        </w:rPr>
        <w:t>Segue anexo os seguintes documentos:</w:t>
      </w:r>
    </w:p>
    <w:p>
      <w:r>
        <w:rPr>
          <w:b w:val="0"/>
          <w:sz w:val="20"/>
        </w:rPr>
        <w:t>• Cópia da matrícula atualizada do imóvel;</w:t>
      </w:r>
    </w:p>
    <w:p>
      <w:r>
        <w:rPr>
          <w:b w:val="0"/>
          <w:sz w:val="20"/>
        </w:rPr>
        <w:t>• Comprovante de propriedade;</w:t>
      </w:r>
    </w:p>
    <w:p>
      <w:r>
        <w:rPr>
          <w:b w:val="0"/>
          <w:sz w:val="20"/>
        </w:rPr>
        <w:t>• Documentos pessoais do Autor;</w:t>
      </w:r>
    </w:p>
    <w:p>
      <w:r>
        <w:rPr>
          <w:b w:val="0"/>
          <w:sz w:val="20"/>
        </w:rPr>
        <w:t>• Comprovantes de comunicação entre as partes referentes ao aluguel;</w:t>
      </w:r>
    </w:p>
    <w:p>
      <w:r>
        <w:rPr>
          <w:b w:val="0"/>
          <w:sz w:val="20"/>
        </w:rPr>
        <w:t>• Outros documentos que comprovem o alegado.</w:t>
      </w:r>
    </w:p>
    <w:p/>
    <w:p>
      <w:r>
        <w:rPr>
          <w:b/>
          <w:sz w:val="22"/>
        </w:rPr>
        <w:t>VI – DO VALOR DA CAUSA</w:t>
      </w:r>
    </w:p>
    <w:p/>
    <w:p>
      <w:r>
        <w:rPr>
          <w:b w:val="0"/>
          <w:sz w:val="20"/>
        </w:rPr>
        <w:t>Dá-se à causa o valor de R$ __________________________ para efeitos fiscais e de alçada.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_____ de ____________________ de _________.</w:t>
      </w:r>
    </w:p>
    <w:p>
      <w:r>
        <w:rPr>
          <w:b w:val="0"/>
          <w:sz w:val="20"/>
        </w:rPr>
        <w:t>Local e data</w:t>
      </w:r>
    </w:p>
    <w:p/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OAB/UF nº 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https://modelo-jus.com/acao-de-arbitramento-de-aluguel/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acao-de-arbitramento-de-aluguel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