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ACORDO DE COMPENSAÇÃO DE HORAS</w:t>
      </w:r>
    </w:p>
    <w:p/>
    <w:p>
      <w:r>
        <w:rPr>
          <w:b w:val="0"/>
          <w:sz w:val="20"/>
        </w:rPr>
        <w:t xml:space="preserve">Pelo presente instrumento particular, de um lado, </w:t>
      </w:r>
    </w:p>
    <w:p>
      <w:r>
        <w:rPr>
          <w:b w:val="0"/>
          <w:sz w:val="20"/>
        </w:rPr>
        <w:t>EMPREGADOR(a): ____________________________________________________________,</w:t>
      </w:r>
    </w:p>
    <w:p>
      <w:r>
        <w:rPr>
          <w:b w:val="0"/>
          <w:sz w:val="20"/>
        </w:rPr>
        <w:t>com sede/endereço: __________________________________________________________,</w:t>
      </w:r>
    </w:p>
    <w:p>
      <w:r>
        <w:rPr>
          <w:b w:val="0"/>
          <w:sz w:val="20"/>
        </w:rPr>
        <w:t>CNPJ nº: _________________________________________________________________,</w:t>
      </w:r>
    </w:p>
    <w:p>
      <w:r>
        <w:rPr>
          <w:b w:val="0"/>
          <w:sz w:val="20"/>
        </w:rPr>
        <w:t>representado(a) neste ato por seu representante legal _________________________,</w:t>
      </w:r>
    </w:p>
    <w:p>
      <w:r>
        <w:rPr>
          <w:b w:val="0"/>
          <w:sz w:val="20"/>
        </w:rPr>
        <w:t>doravante denominado(a) simplesmente EMPREGADOR(a),</w:t>
      </w:r>
    </w:p>
    <w:p/>
    <w:p>
      <w:r>
        <w:rPr>
          <w:b w:val="0"/>
          <w:sz w:val="20"/>
        </w:rPr>
        <w:t>e, de outro lado, o(a) empregado(a): __________________________________________,</w:t>
      </w:r>
    </w:p>
    <w:p>
      <w:r>
        <w:rPr>
          <w:b w:val="0"/>
          <w:sz w:val="20"/>
        </w:rPr>
        <w:t>portador(a) da CTPS nº: ________________, série: ___________ UF: _________,</w:t>
      </w:r>
    </w:p>
    <w:p>
      <w:r>
        <w:rPr>
          <w:b w:val="0"/>
          <w:sz w:val="20"/>
        </w:rPr>
        <w:t>CPF nº: _________________________________________________________________,</w:t>
      </w:r>
    </w:p>
    <w:p>
      <w:r>
        <w:rPr>
          <w:b w:val="0"/>
          <w:sz w:val="20"/>
        </w:rPr>
        <w:t>função: _________________________________________________________________,</w:t>
      </w:r>
    </w:p>
    <w:p>
      <w:r>
        <w:rPr>
          <w:b w:val="0"/>
          <w:sz w:val="20"/>
        </w:rPr>
        <w:t>doravante denominado(a) simplesmente EMPREGADO(a),</w:t>
      </w:r>
    </w:p>
    <w:p/>
    <w:p>
      <w:r>
        <w:rPr>
          <w:b w:val="0"/>
          <w:sz w:val="20"/>
        </w:rPr>
        <w:t>têm entre si justo e acordado o presente ACORDO DE COMPENSAÇÃO DE HORAS, que se regerá pelas cláusulas e condições seguintes:</w:t>
      </w:r>
    </w:p>
    <w:p/>
    <w:p>
      <w:r>
        <w:rPr>
          <w:b/>
          <w:sz w:val="22"/>
        </w:rPr>
        <w:t>CLÁUSULA 1ª – DO OBJETO</w:t>
      </w:r>
    </w:p>
    <w:p>
      <w:r>
        <w:rPr>
          <w:b w:val="0"/>
          <w:sz w:val="20"/>
        </w:rPr>
        <w:t>O presente acordo tem por objeto a compensação de horas trabalhadas além da jornada regular,</w:t>
      </w:r>
    </w:p>
    <w:p>
      <w:r>
        <w:rPr>
          <w:b w:val="0"/>
          <w:sz w:val="20"/>
        </w:rPr>
        <w:t>permitindo que as horas extras realizadas em determinados dias sejam compensadas com a redução da jornada em outros,</w:t>
      </w:r>
    </w:p>
    <w:p>
      <w:r>
        <w:rPr>
          <w:b w:val="0"/>
          <w:sz w:val="20"/>
        </w:rPr>
        <w:t>observando-se o limite máximo de jornada diária previsto na legislação vigente.</w:t>
      </w:r>
    </w:p>
    <w:p/>
    <w:p>
      <w:r>
        <w:rPr>
          <w:b/>
          <w:sz w:val="22"/>
        </w:rPr>
        <w:t>CLÁUSULA 2ª – DA JORNADA DE TRABALHO</w:t>
      </w:r>
    </w:p>
    <w:p>
      <w:r>
        <w:rPr>
          <w:b w:val="0"/>
          <w:sz w:val="20"/>
        </w:rPr>
        <w:t>A jornada regular do(a) EMPREGADO(a) é de _______ horas diárias, totalizando _______ horas semanais.</w:t>
      </w:r>
    </w:p>
    <w:p>
      <w:r>
        <w:rPr>
          <w:b w:val="0"/>
          <w:sz w:val="20"/>
        </w:rPr>
        <w:t>As horas excedentes à jornada regular serão registradas como horas extras passíveis de compensação.</w:t>
      </w:r>
    </w:p>
    <w:p/>
    <w:p>
      <w:r>
        <w:rPr>
          <w:b/>
          <w:sz w:val="22"/>
        </w:rPr>
        <w:t>CLÁUSULA 3ª – DO PERÍODO DE COMPENSAÇÃO</w:t>
      </w:r>
    </w:p>
    <w:p>
      <w:r>
        <w:rPr>
          <w:b w:val="0"/>
          <w:sz w:val="20"/>
        </w:rPr>
        <w:t>O período para compensação das horas excedentes será de até 6 (seis) meses, conforme permitido pelo artigo 59, § 2º, da CLT,</w:t>
      </w:r>
    </w:p>
    <w:p>
      <w:r>
        <w:rPr>
          <w:b w:val="0"/>
          <w:sz w:val="20"/>
        </w:rPr>
        <w:t>ou outro prazo ajustado entre as partes, não ultrapassando o limite legal.</w:t>
      </w:r>
    </w:p>
    <w:p/>
    <w:p>
      <w:r>
        <w:rPr>
          <w:b/>
          <w:sz w:val="22"/>
        </w:rPr>
        <w:t>CLÁUSULA 4ª – DO CONTROLE DAS HORAS</w:t>
      </w:r>
    </w:p>
    <w:p>
      <w:r>
        <w:rPr>
          <w:b w:val="0"/>
          <w:sz w:val="20"/>
        </w:rPr>
        <w:t>As horas trabalhadas, excedentes à jornada regular, serão controladas por meio de _______________ (cartão de ponto/manual/sistema eletrônico),</w:t>
      </w:r>
    </w:p>
    <w:p>
      <w:r>
        <w:rPr>
          <w:b w:val="0"/>
          <w:sz w:val="20"/>
        </w:rPr>
        <w:t>sendo responsabilidade do(a) EMPREGADO(a) registrar corretamente a sua jornada.</w:t>
      </w:r>
    </w:p>
    <w:p/>
    <w:p>
      <w:r>
        <w:rPr>
          <w:b/>
          <w:sz w:val="22"/>
        </w:rPr>
        <w:t>CLÁUSULA 5ª – DA COMPENSAÇÃO</w:t>
      </w:r>
    </w:p>
    <w:p>
      <w:r>
        <w:rPr>
          <w:b w:val="0"/>
          <w:sz w:val="20"/>
        </w:rPr>
        <w:t>A compensação das horas extras será realizada mediante redução da jornada em dias subsequentes,</w:t>
      </w:r>
    </w:p>
    <w:p>
      <w:r>
        <w:rPr>
          <w:b w:val="0"/>
          <w:sz w:val="20"/>
        </w:rPr>
        <w:t>não ultrapassando a jornada máxima diária prevista em lei, garantindo-se o descanso semanal obrigatório.</w:t>
      </w:r>
    </w:p>
    <w:p/>
    <w:p>
      <w:r>
        <w:rPr>
          <w:b/>
          <w:sz w:val="22"/>
        </w:rPr>
        <w:t>CLÁUSULA 6ª – DAS HORAS NÃO COMPENSADAS</w:t>
      </w:r>
    </w:p>
    <w:p>
      <w:r>
        <w:rPr>
          <w:b w:val="0"/>
          <w:sz w:val="20"/>
        </w:rPr>
        <w:t>Caso não ocorra a compensação das horas extras no prazo previsto, as horas não compensadas serão pagas como horas extras,</w:t>
      </w:r>
    </w:p>
    <w:p>
      <w:r>
        <w:rPr>
          <w:b w:val="0"/>
          <w:sz w:val="20"/>
        </w:rPr>
        <w:t>com o respectivo adicional legal de no mínimo 50% (cinquenta por cento) sobre a hora normal,</w:t>
      </w:r>
    </w:p>
    <w:p>
      <w:r>
        <w:rPr>
          <w:b w:val="0"/>
          <w:sz w:val="20"/>
        </w:rPr>
        <w:t>salvo acordo ou convenção coletiva em contrário.</w:t>
      </w:r>
    </w:p>
    <w:p/>
    <w:p>
      <w:r>
        <w:rPr>
          <w:b/>
          <w:sz w:val="22"/>
        </w:rPr>
        <w:t>CLÁUSULA 7ª – DAS DISPOSIÇÕES GERAIS</w:t>
      </w:r>
    </w:p>
    <w:p>
      <w:r>
        <w:rPr>
          <w:b w:val="0"/>
          <w:sz w:val="20"/>
        </w:rPr>
        <w:t>Este acordo não altera a jornada contratual do(a) EMPREGADO(a), servindo apenas para a compensação de horas extras,</w:t>
      </w:r>
    </w:p>
    <w:p>
      <w:r>
        <w:rPr>
          <w:b w:val="0"/>
          <w:sz w:val="20"/>
        </w:rPr>
        <w:t>respeitando-se a legislação trabalhista vigente e demais normas aplicáveis.</w:t>
      </w:r>
    </w:p>
    <w:p/>
    <w:p>
      <w:r>
        <w:rPr>
          <w:b/>
          <w:sz w:val="22"/>
        </w:rPr>
        <w:t>CLÁUSULA 8ª – DA VIGÊNCIA</w:t>
      </w:r>
    </w:p>
    <w:p>
      <w:r>
        <w:rPr>
          <w:b w:val="0"/>
          <w:sz w:val="20"/>
        </w:rPr>
        <w:t>O presente acordo entra em vigor na data de sua assinatura, com validade pelo prazo de _______ meses,</w:t>
      </w:r>
    </w:p>
    <w:p>
      <w:r>
        <w:rPr>
          <w:b w:val="0"/>
          <w:sz w:val="20"/>
        </w:rPr>
        <w:t>podendo ser renovado ou revisto mediante acordo escrito entre as partes.</w:t>
      </w:r>
    </w:p>
    <w:p/>
    <w:p>
      <w:r>
        <w:rPr>
          <w:b/>
          <w:sz w:val="22"/>
        </w:rPr>
        <w:t>CLÁUSULA 9ª – DO FORO</w:t>
      </w:r>
    </w:p>
    <w:p>
      <w:r>
        <w:rPr>
          <w:b w:val="0"/>
          <w:sz w:val="20"/>
        </w:rPr>
        <w:t>Fica eleito o foro da comarca de ____________________________, para dirimir quaisquer controvérsias oriundas deste instrumento,</w:t>
      </w:r>
    </w:p>
    <w:p>
      <w:r>
        <w:rPr>
          <w:b w:val="0"/>
          <w:sz w:val="20"/>
        </w:rPr>
        <w:t>com renúncia expressa a qualquer outro, por mais privilegiado que seja.</w:t>
      </w:r>
    </w:p>
    <w:p/>
    <w:p>
      <w:r>
        <w:rPr>
          <w:b w:val="0"/>
          <w:sz w:val="20"/>
        </w:rPr>
        <w:t>E, por estarem assim justos e acordados, firmam o presente instrumento em 2 (duas) vias de igual teor e forma,</w:t>
      </w:r>
    </w:p>
    <w:p>
      <w:r>
        <w:rPr>
          <w:b w:val="0"/>
          <w:sz w:val="20"/>
        </w:rPr>
        <w:t>na presença de 2 (duas) testemunhas abaixo assinadas.</w:t>
      </w:r>
    </w:p>
    <w:p/>
    <w:p/>
    <w:p>
      <w:r>
        <w:rPr>
          <w:b w:val="0"/>
          <w:sz w:val="20"/>
        </w:rPr>
        <w:t>______________________________                ______________________________</w:t>
      </w:r>
    </w:p>
    <w:p>
      <w:r>
        <w:rPr>
          <w:b w:val="0"/>
          <w:sz w:val="20"/>
        </w:rPr>
        <w:t>EMPREGADOR(A)                                    EMPREGADO(A)</w:t>
      </w:r>
    </w:p>
    <w:p/>
    <w:p/>
    <w:p>
      <w:r>
        <w:rPr>
          <w:b w:val="0"/>
          <w:sz w:val="20"/>
        </w:rPr>
        <w:t>Testemunhas:</w:t>
      </w:r>
    </w:p>
    <w:p/>
    <w:p>
      <w:r>
        <w:rPr>
          <w:b w:val="0"/>
          <w:sz w:val="20"/>
        </w:rPr>
        <w:t>1. Nome: ____________________________________   CPF: ________________________</w:t>
      </w:r>
    </w:p>
    <w:p>
      <w:r>
        <w:rPr>
          <w:b w:val="0"/>
          <w:sz w:val="20"/>
        </w:rPr>
        <w:t xml:space="preserve">   Assinatura: ______________________________________________</w:t>
      </w:r>
    </w:p>
    <w:p/>
    <w:p>
      <w:r>
        <w:rPr>
          <w:b w:val="0"/>
          <w:sz w:val="20"/>
        </w:rPr>
        <w:t>2. Nome: ____________________________________   CPF: ________________________</w:t>
      </w:r>
    </w:p>
    <w:p>
      <w:r>
        <w:rPr>
          <w:b w:val="0"/>
          <w:sz w:val="20"/>
        </w:rPr>
        <w:t xml:space="preserve">   Assinatura: ______________________________________________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https://modelo-jus.com/acordo-de-compensacao-de-horas/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acordo-de-compensacao-de-horas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