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ACORDO ENTRE AS PARTES</w:t>
      </w:r>
    </w:p>
    <w:p/>
    <w:p/>
    <w:p>
      <w:r>
        <w:rPr>
          <w:b/>
          <w:sz w:val="22"/>
        </w:rPr>
        <w:t>Pelo presente instrumento particular, de um lado, como RECLAMANTE:</w:t>
      </w:r>
    </w:p>
    <w:p/>
    <w:p>
      <w:r>
        <w:rPr>
          <w:b w:val="0"/>
          <w:sz w:val="22"/>
        </w:rPr>
        <w:t>Nome: _________________________________________________________________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</w:t>
      </w:r>
    </w:p>
    <w:p/>
    <w:p/>
    <w:p>
      <w:r>
        <w:rPr>
          <w:b/>
          <w:sz w:val="22"/>
        </w:rPr>
        <w:t>E, de outro lado, como RECLAMADA:</w:t>
      </w:r>
    </w:p>
    <w:p/>
    <w:p>
      <w:r>
        <w:rPr>
          <w:b w:val="0"/>
          <w:sz w:val="22"/>
        </w:rPr>
        <w:t>Razão Social: ___________________________________________________________</w:t>
      </w:r>
    </w:p>
    <w:p>
      <w:r>
        <w:rPr>
          <w:b w:val="0"/>
          <w:sz w:val="22"/>
        </w:rPr>
        <w:t>CNPJ: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</w:t>
      </w:r>
    </w:p>
    <w:p/>
    <w:p/>
    <w:p>
      <w:r>
        <w:rPr>
          <w:b/>
          <w:sz w:val="22"/>
        </w:rPr>
        <w:t>Resolvem as partes celebrar o presente ACORDO EXTRAJUDICIAL, com fundamento no artigo 855-B da Consolidação das Leis do Trabalho (CLT), mediante as cláusulas e condições seguintes:</w:t>
      </w:r>
    </w:p>
    <w:p/>
    <w:p/>
    <w:p>
      <w:r>
        <w:rPr>
          <w:b/>
          <w:sz w:val="22"/>
        </w:rPr>
        <w:t>CLÁUSULA PRIMEIRA – DO OBJETO</w:t>
      </w:r>
    </w:p>
    <w:p>
      <w:r>
        <w:rPr>
          <w:b w:val="0"/>
          <w:sz w:val="22"/>
        </w:rPr>
        <w:t>O presente acordo tem por objeto a composição amigável das demandas trabalhistas existentes entre as partes, relacionadas ao contrato de trabalho mantido entre elas, com reconhecimento das verbas e condições ora pactuadas.</w:t>
      </w:r>
    </w:p>
    <w:p/>
    <w:p>
      <w:r>
        <w:rPr>
          <w:b/>
          <w:sz w:val="22"/>
        </w:rPr>
        <w:t>CLÁUSULA SEGUNDA – DAS VERBAS PAGAS</w:t>
      </w:r>
    </w:p>
    <w:p>
      <w:r>
        <w:rPr>
          <w:b w:val="0"/>
          <w:sz w:val="22"/>
        </w:rPr>
        <w:t>A Reclamada pagará ao Reclamante a quantia total de R$ ______________________ (_________________________________), a título de quitação geral e plena de todas as verbas trabalhistas discutidas, conforme detalhamento abaixo:</w:t>
      </w:r>
    </w:p>
    <w:p/>
    <w:p>
      <w:r>
        <w:rPr>
          <w:b w:val="0"/>
          <w:sz w:val="22"/>
        </w:rPr>
        <w:t>- Saldo de salário: R$ ___________________</w:t>
      </w:r>
    </w:p>
    <w:p>
      <w:r>
        <w:rPr>
          <w:b w:val="0"/>
          <w:sz w:val="22"/>
        </w:rPr>
        <w:t>- Aviso prévio (trabalhado ou indenizado): R$ ___________________</w:t>
      </w:r>
    </w:p>
    <w:p>
      <w:r>
        <w:rPr>
          <w:b w:val="0"/>
          <w:sz w:val="22"/>
        </w:rPr>
        <w:t>- 13º salário proporcional: R$ ___________________</w:t>
      </w:r>
    </w:p>
    <w:p>
      <w:r>
        <w:rPr>
          <w:b w:val="0"/>
          <w:sz w:val="22"/>
        </w:rPr>
        <w:t>- Férias proporcionais + 1/3: R$ ___________________</w:t>
      </w:r>
    </w:p>
    <w:p>
      <w:r>
        <w:rPr>
          <w:b w:val="0"/>
          <w:sz w:val="22"/>
        </w:rPr>
        <w:t>- FGTS + multa de 40%: R$ ___________________</w:t>
      </w:r>
    </w:p>
    <w:p>
      <w:r>
        <w:rPr>
          <w:b w:val="0"/>
          <w:sz w:val="22"/>
        </w:rPr>
        <w:t>- Multa do art. 477 da CLT: R$ ___________________</w:t>
      </w:r>
    </w:p>
    <w:p>
      <w:r>
        <w:rPr>
          <w:b w:val="0"/>
          <w:sz w:val="22"/>
        </w:rPr>
        <w:t>- Multa do art. 467 da CLT: R$ ___________________</w:t>
      </w:r>
    </w:p>
    <w:p>
      <w:r>
        <w:rPr>
          <w:b w:val="0"/>
          <w:sz w:val="22"/>
        </w:rPr>
        <w:t>- Outros (especificar): _______________________________________________</w:t>
      </w:r>
    </w:p>
    <w:p/>
    <w:p>
      <w:r>
        <w:rPr>
          <w:b/>
          <w:sz w:val="22"/>
        </w:rPr>
        <w:t>CLÁUSULA TERCEIRA – DO PAGAMENTO</w:t>
      </w:r>
    </w:p>
    <w:p>
      <w:r>
        <w:rPr>
          <w:b w:val="0"/>
          <w:sz w:val="22"/>
        </w:rPr>
        <w:t>O pagamento será efetuado pela Reclamada ao Reclamante da seguinte forma:</w:t>
      </w:r>
    </w:p>
    <w:p>
      <w:r>
        <w:rPr>
          <w:b w:val="0"/>
          <w:sz w:val="22"/>
        </w:rPr>
        <w:t>☐ À vista, em moeda corrente nacional, no ato da assinatura deste acordo;</w:t>
      </w:r>
    </w:p>
    <w:p>
      <w:r>
        <w:rPr>
          <w:b w:val="0"/>
          <w:sz w:val="22"/>
        </w:rPr>
        <w:t>☐ Parcelado, conforme cronograma abaixo:</w:t>
      </w:r>
    </w:p>
    <w:p>
      <w:r>
        <w:rPr>
          <w:b w:val="0"/>
          <w:sz w:val="22"/>
        </w:rPr>
        <w:t xml:space="preserve">   - Parcela 1: R$ _____________, com vencimento em __/__/____;</w:t>
      </w:r>
    </w:p>
    <w:p>
      <w:r>
        <w:rPr>
          <w:b w:val="0"/>
          <w:sz w:val="22"/>
        </w:rPr>
        <w:t xml:space="preserve">   - Parcela 2: R$ _____________, com vencimento em __/__/____;</w:t>
      </w:r>
    </w:p>
    <w:p>
      <w:r>
        <w:rPr>
          <w:b w:val="0"/>
          <w:sz w:val="22"/>
        </w:rPr>
        <w:t xml:space="preserve">   (Demais parcelas, se houver): __________________________________________</w:t>
      </w:r>
    </w:p>
    <w:p/>
    <w:p>
      <w:r>
        <w:rPr>
          <w:b/>
          <w:sz w:val="22"/>
        </w:rPr>
        <w:t>CLÁUSULA QUARTA – DA QUITAÇÃO</w:t>
      </w:r>
    </w:p>
    <w:p>
      <w:r>
        <w:rPr>
          <w:b w:val="0"/>
          <w:sz w:val="22"/>
        </w:rPr>
        <w:t>O Reclamante declara, para todos os fins de direito, que recebeu da Reclamada os valores pactuados neste acordo, dando-lhe plena, geral e irrevogável quitação, nada mais tendo a reclamar a qualquer título, seja judicialmente ou extrajudicialmente, em relação ao contrato de trabalho ora objeto do presente instrumento.</w:t>
      </w:r>
    </w:p>
    <w:p/>
    <w:p>
      <w:r>
        <w:rPr>
          <w:b/>
          <w:sz w:val="22"/>
        </w:rPr>
        <w:t>CLÁUSULA QUINTA – DA HOMOLOGAÇÃO</w:t>
      </w:r>
    </w:p>
    <w:p>
      <w:r>
        <w:rPr>
          <w:b w:val="0"/>
          <w:sz w:val="22"/>
        </w:rPr>
        <w:t>As partes requerem a homologação do presente acordo perante a Justiça do Trabalho, para que produza seus jurídicos e legais efeitos.</w:t>
      </w:r>
    </w:p>
    <w:p/>
    <w:p>
      <w:r>
        <w:rPr>
          <w:b/>
          <w:sz w:val="22"/>
        </w:rPr>
        <w:t>CLÁUSULA SEXTA – DAS DISPOSIÇÕES GERAIS</w:t>
      </w:r>
    </w:p>
    <w:p>
      <w:r>
        <w:rPr>
          <w:b w:val="0"/>
          <w:sz w:val="22"/>
        </w:rPr>
        <w:t>6.1. O presente acordo é celebrado em caráter irrevogável e irretratável, obrigando as partes e seus sucessores.</w:t>
      </w:r>
    </w:p>
    <w:p>
      <w:r>
        <w:rPr>
          <w:b w:val="0"/>
          <w:sz w:val="22"/>
        </w:rPr>
        <w:t>6.2. As partes comprometem-se a respeitar as condições aqui pactuadas, sob pena de incorrer nas sanções legais cabíveis.</w:t>
      </w:r>
    </w:p>
    <w:p>
      <w:r>
        <w:rPr>
          <w:b w:val="0"/>
          <w:sz w:val="22"/>
        </w:rPr>
        <w:t>6.3. Fica eleito o foro da Justiça do Trabalho da Comarca de ____________________ para solução de quaisquer controvérsias oriundas deste acordo.</w:t>
      </w:r>
    </w:p>
    <w:p/>
    <w:p/>
    <w:p>
      <w:r>
        <w:rPr>
          <w:b w:val="0"/>
          <w:sz w:val="22"/>
        </w:rPr>
        <w:t>E, por estarem assim justas e acordadas, firmam o presente instrumento em __ (duas) vias de igual teor e forma, para que produza seus jurídicos e legais efeitos.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_________________________________________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Reclamante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Reclamada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CNPJ: ___________________________________</w:t>
            </w:r>
          </w:p>
        </w:tc>
      </w:tr>
    </w:tbl>
    <w:p/>
    <w:p/>
    <w:p>
      <w:pPr>
        <w:jc w:val="center"/>
      </w:pPr>
      <w:r>
        <w:rPr>
          <w:b/>
          <w:sz w:val="22"/>
        </w:rPr>
        <w:t>_________________________________________</w:t>
      </w:r>
    </w:p>
    <w:p>
      <w:pPr>
        <w:jc w:val="center"/>
      </w:pPr>
      <w:r>
        <w:rPr>
          <w:b w:val="0"/>
          <w:sz w:val="22"/>
        </w:rPr>
        <w:t>Advogado(a) do Reclamante</w:t>
      </w:r>
    </w:p>
    <w:p>
      <w:pPr>
        <w:jc w:val="center"/>
      </w:pPr>
      <w:r>
        <w:rPr>
          <w:b w:val="0"/>
          <w:sz w:val="22"/>
        </w:rPr>
        <w:t>OAB/UF nº _______________</w:t>
      </w:r>
    </w:p>
    <w:p/>
    <w:p/>
    <w:p>
      <w:pPr>
        <w:jc w:val="center"/>
      </w:pPr>
      <w:r>
        <w:rPr>
          <w:b/>
          <w:sz w:val="22"/>
        </w:rPr>
        <w:t>_________________________________________</w:t>
      </w:r>
    </w:p>
    <w:p>
      <w:pPr>
        <w:jc w:val="center"/>
      </w:pPr>
      <w:r>
        <w:rPr>
          <w:b w:val="0"/>
          <w:sz w:val="22"/>
        </w:rPr>
        <w:t>Advogado(a) da Reclamada</w:t>
      </w:r>
    </w:p>
    <w:p>
      <w:pPr>
        <w:jc w:val="center"/>
      </w:pPr>
      <w:r>
        <w:rPr>
          <w:b w:val="0"/>
          <w:sz w:val="22"/>
        </w:rPr>
        <w:t>OAB/UF nº 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https://modelo-jus.com/acordo-entre-as-partes/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acordo-entre-as-partes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