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ATESTADO ADMISSIONAL</w:t>
      </w:r>
    </w:p>
    <w:p>
      <w:pPr>
        <w:jc w:val="center"/>
      </w:pPr>
      <w:r>
        <w:rPr>
          <w:b/>
          <w:sz w:val="22"/>
        </w:rPr>
        <w:t>EMPREGADOR</w:t>
      </w:r>
    </w:p>
    <w:p>
      <w:pPr>
        <w:spacing w:after="120"/>
      </w:pPr>
      <w:r>
        <w:rPr>
          <w:b w:val="0"/>
          <w:sz w:val="22"/>
        </w:rPr>
        <w:t>Razão Social: _____________________________________________________________</w:t>
      </w:r>
    </w:p>
    <w:p>
      <w:pPr>
        <w:spacing w:after="120"/>
      </w:pPr>
      <w:r>
        <w:rPr>
          <w:b w:val="0"/>
          <w:sz w:val="22"/>
        </w:rPr>
        <w:t>CNPJ: ____________________________________________________________________</w:t>
      </w:r>
    </w:p>
    <w:p>
      <w:pPr>
        <w:spacing w:after="120"/>
      </w:pPr>
      <w:r>
        <w:rPr>
          <w:b w:val="0"/>
          <w:sz w:val="22"/>
        </w:rPr>
        <w:t>Endereço: _________________________________________________________________</w:t>
      </w:r>
    </w:p>
    <w:p>
      <w:pPr>
        <w:spacing w:after="120"/>
      </w:pPr>
      <w:r>
        <w:rPr>
          <w:b w:val="0"/>
          <w:sz w:val="22"/>
        </w:rPr>
        <w:t>Cidade: _________________________ Estado: ________ CEP: _________________</w:t>
      </w:r>
    </w:p>
    <w:p>
      <w:pPr>
        <w:spacing w:after="120"/>
      </w:pPr>
      <w:r>
        <w:rPr>
          <w:b w:val="0"/>
          <w:sz w:val="22"/>
        </w:rPr>
        <w:t>Telefone: _________________________________________________________________</w:t>
      </w:r>
    </w:p>
    <w:p>
      <w:pPr>
        <w:spacing w:after="120"/>
      </w:pPr>
      <w:r>
        <w:rPr>
          <w:b w:val="0"/>
          <w:sz w:val="22"/>
        </w:rPr>
        <w:t>E-mail: _________________________________________________________________</w:t>
      </w:r>
    </w:p>
    <w:p/>
    <w:p>
      <w:pPr>
        <w:jc w:val="center"/>
      </w:pPr>
      <w:r>
        <w:rPr>
          <w:b/>
          <w:sz w:val="22"/>
        </w:rPr>
        <w:t>TRABALHADOR</w:t>
      </w:r>
    </w:p>
    <w:p>
      <w:pPr>
        <w:spacing w:after="120"/>
      </w:pPr>
      <w:r>
        <w:rPr>
          <w:b w:val="0"/>
          <w:sz w:val="22"/>
        </w:rPr>
        <w:t>Nome Completo: ___________________________________________________________</w:t>
      </w:r>
    </w:p>
    <w:p>
      <w:pPr>
        <w:spacing w:after="120"/>
      </w:pPr>
      <w:r>
        <w:rPr>
          <w:b w:val="0"/>
          <w:sz w:val="22"/>
        </w:rPr>
        <w:t>CPF: _____________________________________________________________________</w:t>
      </w:r>
    </w:p>
    <w:p>
      <w:pPr>
        <w:spacing w:after="120"/>
      </w:pPr>
      <w:r>
        <w:rPr>
          <w:b w:val="0"/>
          <w:sz w:val="22"/>
        </w:rPr>
        <w:t>RG / Órgão Emissor: ______________________________________________________</w:t>
      </w:r>
    </w:p>
    <w:p>
      <w:pPr>
        <w:spacing w:after="120"/>
      </w:pPr>
      <w:r>
        <w:rPr>
          <w:b w:val="0"/>
          <w:sz w:val="22"/>
        </w:rPr>
        <w:t>Data de Nascimento: __/__/____</w:t>
      </w:r>
    </w:p>
    <w:p>
      <w:pPr>
        <w:spacing w:after="120"/>
      </w:pPr>
      <w:r>
        <w:rPr>
          <w:b w:val="0"/>
          <w:sz w:val="22"/>
        </w:rPr>
        <w:t>Estado Civil: _____________________________________________________________</w:t>
      </w:r>
    </w:p>
    <w:p>
      <w:pPr>
        <w:spacing w:after="120"/>
      </w:pPr>
      <w:r>
        <w:rPr>
          <w:b w:val="0"/>
          <w:sz w:val="22"/>
        </w:rPr>
        <w:t>Endereço Residencial: _____________________________________________________</w:t>
      </w:r>
    </w:p>
    <w:p>
      <w:pPr>
        <w:spacing w:after="120"/>
      </w:pPr>
      <w:r>
        <w:rPr>
          <w:b w:val="0"/>
          <w:sz w:val="22"/>
        </w:rPr>
        <w:t>Cidade: _________________________ Estado: ________ CEP: _________________</w:t>
      </w:r>
    </w:p>
    <w:p>
      <w:pPr>
        <w:spacing w:after="120"/>
      </w:pPr>
      <w:r>
        <w:rPr>
          <w:b w:val="0"/>
          <w:sz w:val="22"/>
        </w:rPr>
        <w:t>Telefone: _________________________________________________________________</w:t>
      </w:r>
    </w:p>
    <w:p>
      <w:pPr>
        <w:spacing w:after="120"/>
      </w:pPr>
      <w:r>
        <w:rPr>
          <w:b w:val="0"/>
          <w:sz w:val="22"/>
        </w:rPr>
        <w:t>E-mail: _________________________________________________________________</w:t>
      </w:r>
    </w:p>
    <w:p>
      <w:pPr>
        <w:spacing w:after="120"/>
      </w:pPr>
      <w:r>
        <w:rPr>
          <w:b w:val="0"/>
          <w:sz w:val="22"/>
        </w:rPr>
        <w:t>Função / Cargo: __________________________________________________________</w:t>
      </w:r>
    </w:p>
    <w:p>
      <w:pPr>
        <w:spacing w:after="120"/>
      </w:pPr>
      <w:r>
        <w:rPr>
          <w:b w:val="0"/>
          <w:sz w:val="22"/>
        </w:rPr>
        <w:t>Setor / Departamento: _____________________________________________________</w:t>
      </w:r>
    </w:p>
    <w:p>
      <w:pPr>
        <w:spacing w:after="120"/>
      </w:pPr>
      <w:r>
        <w:rPr>
          <w:b w:val="0"/>
          <w:sz w:val="22"/>
        </w:rPr>
        <w:t>Data de Admissão: __/__/____</w:t>
      </w:r>
    </w:p>
    <w:p>
      <w:pPr>
        <w:spacing w:after="120"/>
      </w:pPr>
      <w:r>
        <w:rPr>
          <w:b w:val="0"/>
          <w:sz w:val="22"/>
        </w:rPr>
        <w:t>Número da CTPS: __________________ Série: __________ UF: ________</w:t>
      </w:r>
    </w:p>
    <w:p>
      <w:pPr>
        <w:spacing w:after="120"/>
      </w:pPr>
      <w:r>
        <w:rPr>
          <w:b w:val="0"/>
          <w:sz w:val="22"/>
        </w:rPr>
        <w:t>Número PIS/PASEP: ________________________________________________________</w:t>
      </w:r>
    </w:p>
    <w:p/>
    <w:p/>
    <w:p>
      <w:pPr>
        <w:jc w:val="center"/>
      </w:pPr>
      <w:r>
        <w:rPr>
          <w:b/>
          <w:sz w:val="22"/>
        </w:rPr>
        <w:t>DECLARAÇÃO MÉDICA</w:t>
      </w:r>
    </w:p>
    <w:p>
      <w:pPr>
        <w:spacing w:after="120"/>
      </w:pPr>
      <w:r>
        <w:rPr>
          <w:b w:val="0"/>
          <w:sz w:val="22"/>
        </w:rPr>
        <w:t>Declaro, para os devidos fins, que o(a) Sr.(a) ____________________________________________________,</w:t>
      </w:r>
    </w:p>
    <w:p>
      <w:pPr>
        <w:spacing w:after="120"/>
      </w:pPr>
      <w:r>
        <w:rPr>
          <w:b w:val="0"/>
          <w:sz w:val="22"/>
        </w:rPr>
        <w:t>portador(a) do CPF nº ____________________, submeteu-se ao exame médico admissional nesta data, tendo sido</w:t>
      </w:r>
    </w:p>
    <w:p>
      <w:pPr>
        <w:spacing w:after="120"/>
      </w:pPr>
      <w:r>
        <w:rPr>
          <w:b w:val="0"/>
          <w:sz w:val="22"/>
        </w:rPr>
        <w:t>avaliado(a) clinicamente e realizado os exames complementares necessários para fins de avaliação da aptidão</w:t>
      </w:r>
    </w:p>
    <w:p>
      <w:pPr>
        <w:spacing w:after="120"/>
      </w:pPr>
      <w:r>
        <w:rPr>
          <w:b w:val="0"/>
          <w:sz w:val="22"/>
        </w:rPr>
        <w:t>para exercer as funções laborais que lhe foram designadas.</w:t>
      </w:r>
    </w:p>
    <w:p>
      <w:pPr>
        <w:spacing w:after="120"/>
      </w:pPr>
      <w:r>
        <w:rPr>
          <w:b w:val="0"/>
          <w:sz w:val="22"/>
        </w:rPr>
      </w:r>
    </w:p>
    <w:p>
      <w:pPr>
        <w:spacing w:after="120"/>
      </w:pPr>
      <w:r>
        <w:rPr>
          <w:b w:val="0"/>
          <w:sz w:val="22"/>
        </w:rPr>
        <w:t>Após a avaliação, concluo que o(a) referido(a) trabalhador(a) encontra-se:</w:t>
      </w:r>
    </w:p>
    <w:p>
      <w:pPr>
        <w:spacing w:after="120"/>
      </w:pPr>
      <w:r>
        <w:rPr>
          <w:b w:val="0"/>
          <w:sz w:val="22"/>
        </w:rPr>
      </w:r>
    </w:p>
    <w:p>
      <w:pPr>
        <w:spacing w:after="120"/>
      </w:pPr>
      <w:r>
        <w:rPr>
          <w:b w:val="0"/>
          <w:sz w:val="22"/>
        </w:rPr>
        <w:t xml:space="preserve">  ( ) Apto(a) para o exercício das atividades laborais.</w:t>
      </w:r>
    </w:p>
    <w:p>
      <w:pPr>
        <w:spacing w:after="120"/>
      </w:pPr>
      <w:r>
        <w:rPr>
          <w:b w:val="0"/>
          <w:sz w:val="22"/>
        </w:rPr>
        <w:t xml:space="preserve">  ( ) Apto(a) com restrições (descrever abaixo):</w:t>
      </w:r>
    </w:p>
    <w:p>
      <w:pPr>
        <w:spacing w:after="120"/>
      </w:pPr>
      <w:r>
        <w:rPr>
          <w:b w:val="0"/>
          <w:sz w:val="22"/>
        </w:rPr>
        <w:t xml:space="preserve">      ____________________________________________________________________</w:t>
      </w:r>
    </w:p>
    <w:p>
      <w:pPr>
        <w:spacing w:after="120"/>
      </w:pPr>
      <w:r>
        <w:rPr>
          <w:b w:val="0"/>
          <w:sz w:val="22"/>
        </w:rPr>
        <w:t xml:space="preserve">      ____________________________________________________________________</w:t>
      </w:r>
    </w:p>
    <w:p>
      <w:pPr>
        <w:spacing w:after="120"/>
      </w:pPr>
      <w:r>
        <w:rPr>
          <w:b w:val="0"/>
          <w:sz w:val="22"/>
        </w:rPr>
        <w:t xml:space="preserve">  ( ) Inapto(a) para o exercício das atividades laborais.</w:t>
      </w:r>
    </w:p>
    <w:p>
      <w:pPr>
        <w:spacing w:after="120"/>
      </w:pPr>
      <w:r>
        <w:rPr>
          <w:b w:val="0"/>
          <w:sz w:val="22"/>
        </w:rPr>
      </w:r>
    </w:p>
    <w:p>
      <w:pPr>
        <w:spacing w:after="120"/>
      </w:pPr>
      <w:r>
        <w:rPr>
          <w:b w:val="0"/>
          <w:sz w:val="22"/>
        </w:rPr>
        <w:t>Este atestado foi emitido conforme as normas vigentes da legislação trabalhista brasileira e de saúde ocupacional.</w:t>
      </w:r>
    </w:p>
    <w:p>
      <w:pPr>
        <w:spacing w:after="120"/>
      </w:pPr>
      <w:r>
        <w:rPr>
          <w:b w:val="0"/>
          <w:sz w:val="22"/>
        </w:rPr>
        <w:t>O exame foi realizado de acordo com os protocolos estabelecidos para garantir a segurança e saúde do trabalhador.</w:t>
      </w:r>
    </w:p>
    <w:p>
      <w:pPr>
        <w:spacing w:after="120"/>
      </w:pPr>
      <w:r>
        <w:rPr>
          <w:b w:val="0"/>
          <w:sz w:val="22"/>
        </w:rPr>
      </w:r>
    </w:p>
    <w:p>
      <w:pPr>
        <w:spacing w:after="120"/>
      </w:pPr>
      <w:r>
        <w:rPr>
          <w:b w:val="0"/>
          <w:sz w:val="22"/>
        </w:rPr>
        <w:t>Observações adicionais:</w:t>
      </w:r>
    </w:p>
    <w:p>
      <w:pPr>
        <w:spacing w:after="120"/>
      </w:pPr>
      <w:r>
        <w:rPr>
          <w:b w:val="0"/>
          <w:sz w:val="22"/>
        </w:rPr>
        <w:t>____________________________________________________________________________</w:t>
      </w:r>
    </w:p>
    <w:p>
      <w:pPr>
        <w:spacing w:after="120"/>
      </w:pPr>
      <w:r>
        <w:rPr>
          <w:b w:val="0"/>
          <w:sz w:val="22"/>
        </w:rPr>
        <w:t>____________________________________________________________________________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 w:val="0"/>
                <w:sz w:val="22"/>
              </w:rPr>
              <w:t>__________________________________________</w:t>
              <w:br/>
            </w:r>
            <w:r>
              <w:rPr>
                <w:b/>
              </w:rPr>
              <w:t>Médico Responsável</w:t>
              <w:br/>
            </w:r>
            <w:r>
              <w:rPr>
                <w:b w:val="0"/>
              </w:rPr>
              <w:t>CRM: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 w:val="0"/>
              </w:rPr>
              <w:t>Data: ____/____/______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 w:val="0"/>
                <w:sz w:val="22"/>
              </w:rPr>
              <w:t>__________________________________________</w:t>
              <w:br/>
            </w:r>
            <w:r>
              <w:rPr>
                <w:b/>
              </w:rPr>
              <w:t>Assinatura do Trabalhador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 w:val="0"/>
                <w:sz w:val="22"/>
              </w:rPr>
              <w:t>__________________________________________</w:t>
              <w:br/>
            </w:r>
            <w:r>
              <w:rPr>
                <w:b/>
              </w:rPr>
              <w:t>Assinatura do Representante da Empresa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https://modelo-jus.com/atestado-admissional/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atestado-admissional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