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LAUDO DE AVALIAÇÃO PSICOLÓGICA</w:t>
      </w:r>
    </w:p>
    <w:p/>
    <w:p/>
    <w:p>
      <w:r>
        <w:rPr>
          <w:b/>
          <w:sz w:val="22"/>
        </w:rPr>
        <w:t>1. IDENTIFICAÇÃO DO AVALIADO</w:t>
      </w:r>
    </w:p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Sexo: _________________________________________________________________</w:t>
      </w:r>
    </w:p>
    <w:p>
      <w:r>
        <w:rPr>
          <w:b w:val="0"/>
          <w:sz w:val="20"/>
        </w:rPr>
        <w:t>Data de Nascimento: ___________________________________________________</w:t>
      </w:r>
    </w:p>
    <w:p>
      <w:r>
        <w:rPr>
          <w:b w:val="0"/>
          <w:sz w:val="20"/>
        </w:rPr>
        <w:t>Estado Civil: 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Naturalidade: __________________________________________________________</w:t>
      </w:r>
    </w:p>
    <w:p>
      <w:r>
        <w:rPr>
          <w:b w:val="0"/>
          <w:sz w:val="20"/>
        </w:rPr>
        <w:t>Profissão/Ocupação: ____________________________________________________</w:t>
      </w:r>
    </w:p>
    <w:p>
      <w:r>
        <w:rPr>
          <w:b w:val="0"/>
          <w:sz w:val="20"/>
        </w:rPr>
        <w:t>Escolaridade: 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Telefone para contato: _________________________________________________</w:t>
      </w:r>
    </w:p>
    <w:p/>
    <w:p/>
    <w:p>
      <w:r>
        <w:rPr>
          <w:b/>
          <w:sz w:val="22"/>
        </w:rPr>
        <w:t>2. OBJETIVO DA AVALIAÇÃO</w:t>
      </w:r>
    </w:p>
    <w:p>
      <w:r>
        <w:rPr>
          <w:b w:val="0"/>
          <w:sz w:val="20"/>
        </w:rPr>
        <w:t>Este laudo tem por objetivo apresentar os resultados da avaliação psicológica realizada, conforme solicitação para fins de _____________________________________________.</w:t>
      </w:r>
    </w:p>
    <w:p/>
    <w:p/>
    <w:p>
      <w:r>
        <w:rPr>
          <w:b/>
          <w:sz w:val="22"/>
        </w:rPr>
        <w:t>3. MÉTODO E INSTRUMENTOS UTILIZADOS</w:t>
      </w:r>
    </w:p>
    <w:p>
      <w:r>
        <w:rPr>
          <w:b w:val="0"/>
          <w:sz w:val="20"/>
        </w:rPr>
        <w:t>A avaliação foi realizada mediante entrevista clínica e aplicação dos seguintes instrumentos psicológicos:</w:t>
      </w:r>
    </w:p>
    <w:p>
      <w:r>
        <w:rPr>
          <w:b w:val="0"/>
          <w:sz w:val="20"/>
        </w:rPr>
        <w:t>- 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</w:t>
      </w:r>
    </w:p>
    <w:p>
      <w:r>
        <w:rPr>
          <w:b w:val="0"/>
          <w:sz w:val="20"/>
        </w:rPr>
        <w:t>As sessões ocorreram em ambiente adequado, garantindo sigilo, conforto e ética profissional.</w:t>
      </w:r>
    </w:p>
    <w:p/>
    <w:p/>
    <w:p>
      <w:r>
        <w:rPr>
          <w:b/>
          <w:sz w:val="22"/>
        </w:rPr>
        <w:t>4. HISTÓRICO E DADOS CLÍNICOS</w:t>
      </w:r>
    </w:p>
    <w:p>
      <w:r>
        <w:rPr>
          <w:b w:val="0"/>
          <w:sz w:val="20"/>
        </w:rPr>
        <w:t>Relato do avaliado: 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Histórico médico e psicológico relevante: 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/>
    <w:p/>
    <w:p>
      <w:r>
        <w:rPr>
          <w:b/>
          <w:sz w:val="22"/>
        </w:rPr>
        <w:t>5. OBSERVAÇÕES DURANTE A AVALIAÇÃO</w:t>
      </w:r>
    </w:p>
    <w:p>
      <w:r>
        <w:rPr>
          <w:b w:val="0"/>
          <w:sz w:val="20"/>
        </w:rPr>
        <w:t>Durante a avaliação, observou-se que o avaliado apresentou comportamentos relacionados a:</w:t>
      </w:r>
    </w:p>
    <w:p>
      <w:r>
        <w:rPr>
          <w:b w:val="0"/>
          <w:sz w:val="20"/>
        </w:rPr>
        <w:t>- 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</w:t>
      </w:r>
    </w:p>
    <w:p/>
    <w:p/>
    <w:p>
      <w:r>
        <w:rPr>
          <w:b/>
          <w:sz w:val="22"/>
        </w:rPr>
        <w:t>6. RESULTADOS E INTERPRETAÇÃO</w:t>
      </w:r>
    </w:p>
    <w:p>
      <w:r>
        <w:rPr>
          <w:b w:val="0"/>
          <w:sz w:val="20"/>
        </w:rPr>
        <w:t>Os resultados obtidos indicam:</w:t>
      </w:r>
    </w:p>
    <w:p>
      <w:r>
        <w:rPr>
          <w:b w:val="0"/>
          <w:sz w:val="20"/>
        </w:rPr>
        <w:t>- 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</w:t>
      </w:r>
    </w:p>
    <w:p/>
    <w:p/>
    <w:p>
      <w:r>
        <w:rPr>
          <w:b/>
          <w:sz w:val="22"/>
        </w:rPr>
        <w:t>7. DIAGNÓSTICO PSICOLÓGICO</w:t>
      </w:r>
    </w:p>
    <w:p>
      <w:r>
        <w:rPr>
          <w:b w:val="0"/>
          <w:sz w:val="20"/>
        </w:rPr>
        <w:t>Conforme critérios diagnósticos vigentes, observa-se que o avaliado apresenta: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/>
    <w:p/>
    <w:p>
      <w:r>
        <w:rPr>
          <w:b/>
          <w:sz w:val="22"/>
        </w:rPr>
        <w:t>8. CONCLUSÃO</w:t>
      </w:r>
    </w:p>
    <w:p>
      <w:r>
        <w:rPr>
          <w:b w:val="0"/>
          <w:sz w:val="20"/>
        </w:rPr>
        <w:t>Com base nos dados coletados, nos instrumentos aplicados e nas observações clínicas, conclui-se que: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/>
    <w:p/>
    <w:p>
      <w:r>
        <w:rPr>
          <w:b/>
          <w:sz w:val="22"/>
        </w:rPr>
        <w:t>9. RECOMENDAÇÕES</w:t>
      </w:r>
    </w:p>
    <w:p>
      <w:r>
        <w:rPr>
          <w:b w:val="0"/>
          <w:sz w:val="20"/>
        </w:rPr>
        <w:t>Recomenda-se:</w:t>
      </w:r>
    </w:p>
    <w:p>
      <w:r>
        <w:rPr>
          <w:b w:val="0"/>
          <w:sz w:val="20"/>
        </w:rPr>
        <w:t>- 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</w:t>
      </w:r>
    </w:p>
    <w:p/>
    <w:p/>
    <w:p/>
    <w:p>
      <w:r>
        <w:rPr>
          <w:b w:val="0"/>
          <w:sz w:val="20"/>
        </w:rPr>
        <w:t>Declaro que este laudo foi elaborado conforme as normas éticas e técnicas da Psicologia, com base em informações fidedignas e procedimentos adequados.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Nome do Psicólogo</w:t>
      </w:r>
    </w:p>
    <w:p>
      <w:pPr>
        <w:jc w:val="center"/>
      </w:pPr>
      <w:r>
        <w:rPr>
          <w:b w:val="0"/>
          <w:sz w:val="20"/>
        </w:rPr>
        <w:t>CRP nº _______________</w:t>
      </w:r>
    </w:p>
    <w:p>
      <w:pPr>
        <w:jc w:val="center"/>
      </w:pPr>
      <w:r>
        <w:rPr>
          <w:b w:val="0"/>
          <w:sz w:val="20"/>
        </w:rPr>
        <w:t>Assinatura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https://modelo-jus.com/avaliacao-psicologica/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avaliacao-psicologic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