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DE CARTEIRA DE CONTRIBUIÇÃO PREVIDENCIÁRIA</w:t>
      </w:r>
    </w:p>
    <w:p/>
    <w:p/>
    <w:p>
      <w:pPr>
        <w:jc w:val="center"/>
      </w:pPr>
      <w:r>
        <w:rPr>
          <w:b/>
          <w:sz w:val="20"/>
        </w:rPr>
        <w:t>EXCELENTÍSSIMO(A) SENHOR(A) GERENTE EXECUTIVO(A) DO INSTITUTO NACIONAL DO SEGURO SOCIAL – INSS</w:t>
      </w:r>
    </w:p>
    <w:p/>
    <w:p/>
    <w:p>
      <w:r>
        <w:rPr>
          <w:b/>
          <w:sz w:val="20"/>
        </w:rPr>
        <w:t>REQUERENTE:</w:t>
      </w:r>
    </w:p>
    <w:p>
      <w:r>
        <w:rPr>
          <w:b w:val="0"/>
          <w:sz w:val="20"/>
        </w:rPr>
        <w:t>Nome completo: 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__________________________________________________________________________</w:t>
      </w:r>
    </w:p>
    <w:p>
      <w:r>
        <w:rPr>
          <w:b w:val="0"/>
          <w:sz w:val="20"/>
        </w:rPr>
        <w:t>Data de nascimento: __/__/____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Bairro: ___________________________ Cidade: __________________ Estado: _______</w:t>
      </w:r>
    </w:p>
    <w:p>
      <w:r>
        <w:rPr>
          <w:b w:val="0"/>
          <w:sz w:val="20"/>
        </w:rPr>
        <w:t>CEP: ______________ Telefone: ___________________ E-mail: ____________________</w:t>
      </w:r>
    </w:p>
    <w:p/>
    <w:p/>
    <w:p>
      <w:r>
        <w:rPr>
          <w:b/>
          <w:sz w:val="20"/>
        </w:rPr>
        <w:t>ASSUNTO:</w:t>
      </w:r>
    </w:p>
    <w:p>
      <w:r>
        <w:rPr>
          <w:b w:val="0"/>
          <w:sz w:val="20"/>
        </w:rPr>
        <w:t>Requerimento de expedição da Carteira de Contribuição Previdenciária para fins de comprovação de recolhimentos e contribuições ao Regime Geral de Previdência Social – RGPS.</w:t>
      </w:r>
    </w:p>
    <w:p/>
    <w:p/>
    <w:p>
      <w:r>
        <w:rPr>
          <w:b/>
          <w:sz w:val="20"/>
        </w:rPr>
        <w:t>DOS FATOS:</w:t>
      </w:r>
    </w:p>
    <w:p>
      <w:r>
        <w:rPr>
          <w:b w:val="0"/>
          <w:sz w:val="20"/>
        </w:rPr>
        <w:t>O Requerente contribuiu ao Regime Geral de Previdência Social por meio de contribuições individuais, facultativas e/ou em decorrência de vínculo empregatício, todavia não possui documento comprobatório atualizado que demonstre tais recolhimentos, impedindo a comprovação de tempo de contribuição e demais direitos previdenciários.</w:t>
      </w:r>
    </w:p>
    <w:p/>
    <w:p>
      <w:r>
        <w:rPr>
          <w:b w:val="0"/>
          <w:sz w:val="20"/>
        </w:rPr>
        <w:t>Dessa forma, visa requerer a expedição da Carteira de Contribuição Previdenciária, documento oficial que reunirá e comprovará todas as contribuições feitas ao INSS, permitindo o exercício pleno dos direitos previdenciários do Requerente.</w:t>
      </w:r>
    </w:p>
    <w:p/>
    <w:p/>
    <w:p>
      <w:r>
        <w:rPr>
          <w:b/>
          <w:sz w:val="20"/>
        </w:rPr>
        <w:t>DOS FUNDAMENTOS JURÍDICOS:</w:t>
      </w:r>
    </w:p>
    <w:p>
      <w:r>
        <w:rPr>
          <w:b w:val="0"/>
          <w:sz w:val="20"/>
        </w:rPr>
        <w:t>A Constituição Federal, em seu artigo 201, assegura a filiação obrigatória ao Regime Geral de Previdência Social e a proteção aos direitos dos trabalhadores e contribuintes.</w:t>
        <w:br/>
        <w:t>A Lei nº 8.213/91 dispõe sobre os Planos de Benefícios da Previdência Social, garantindo a documentação comprobatória das contribuições.</w:t>
        <w:br/>
        <w:t>O Decreto nº 3.048/99 regulamenta a concessão de benefícios e a manutenção da documentação necessária para comprovação do tempo de contribuição.</w:t>
      </w:r>
    </w:p>
    <w:p/>
    <w:p/>
    <w:p>
      <w:r>
        <w:rPr>
          <w:b/>
          <w:sz w:val="20"/>
        </w:rPr>
        <w:t>DO PEDIDO:</w:t>
      </w:r>
    </w:p>
    <w:p>
      <w:r>
        <w:rPr>
          <w:b w:val="0"/>
          <w:sz w:val="20"/>
        </w:rPr>
        <w:t>Diante do exposto, requer-se:</w:t>
      </w:r>
    </w:p>
    <w:p>
      <w:r>
        <w:rPr>
          <w:b w:val="0"/>
          <w:sz w:val="20"/>
        </w:rPr>
        <w:t>1. A expedição da Carteira de Contribuição Previdenciária atualizada em nome do Requerente, contendo o registro de todas as contribuições realizadas ao RGPS;</w:t>
      </w:r>
    </w:p>
    <w:p>
      <w:r>
        <w:rPr>
          <w:b w:val="0"/>
          <w:sz w:val="20"/>
        </w:rPr>
        <w:t>2. A juntada do referido documento ao cadastro do INSS do Requerente para fins de comprovação e reconhecimento do tempo de contribuição;</w:t>
      </w:r>
    </w:p>
    <w:p>
      <w:r>
        <w:rPr>
          <w:b w:val="0"/>
          <w:sz w:val="20"/>
        </w:rPr>
        <w:t>3. A ciência e notificação do Requerente acerca do deferimento e entrega da Carteira de Contribuição Previdenciária;</w:t>
      </w:r>
    </w:p>
    <w:p>
      <w:r>
        <w:rPr>
          <w:b w:val="0"/>
          <w:sz w:val="20"/>
        </w:rPr>
        <w:t>4. A concessão de quaisquer outras medidas que se façam necessárias para a efetivação do direito ora pleiteado.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Assinatura do Requerente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Carimbo e assinatura do servidor do INSS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https://modelo-jus.com/carne-de-contribuicao/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arne-de-contribuic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