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CARTA DE NOVO EMPREGO</w:t>
      </w:r>
    </w:p>
    <w:p/>
    <w:p/>
    <w:p>
      <w:r>
        <w:rPr>
          <w:b w:val="0"/>
          <w:sz w:val="22"/>
        </w:rPr>
        <w:t>À</w:t>
      </w:r>
    </w:p>
    <w:p>
      <w:r>
        <w:rPr>
          <w:b w:val="0"/>
          <w:sz w:val="22"/>
        </w:rPr>
        <w:t>Empresa: 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</w:t>
      </w:r>
    </w:p>
    <w:p>
      <w:r>
        <w:rPr>
          <w:b w:val="0"/>
          <w:sz w:val="22"/>
        </w:rPr>
        <w:t>Cidade/Estado: ____________________________________________________</w:t>
      </w:r>
    </w:p>
    <w:p/>
    <w:p>
      <w:r>
        <w:rPr>
          <w:b w:val="0"/>
          <w:sz w:val="22"/>
        </w:rPr>
        <w:t>Prezados Senhores,</w:t>
      </w:r>
    </w:p>
    <w:p/>
    <w:p>
      <w:r>
        <w:rPr>
          <w:b w:val="0"/>
          <w:sz w:val="22"/>
        </w:rPr>
        <w:t>Eu, _____________________________________________________________, portador(a) do CPF nº _____________________ e RG nº ___________________, residente e domiciliado(a) na ________________________________________________________________, venho por meio desta manifestar meu interesse na oportunidade de novo emprego em sua empresa.</w:t>
      </w:r>
    </w:p>
    <w:p/>
    <w:p>
      <w:r>
        <w:rPr>
          <w:b w:val="0"/>
          <w:sz w:val="22"/>
        </w:rPr>
        <w:t>Possuo experiência profissional na área de ____________________________________________________, adquirida ao longo de minha trajetória laboral, onde desempenhei funções tais como:</w:t>
      </w:r>
    </w:p>
    <w:p>
      <w:r>
        <w:rPr>
          <w:b w:val="0"/>
          <w:sz w:val="22"/>
        </w:rPr>
        <w:t>______________________________________________________________________________________________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______________________________________________________________________________________________</w:t>
      </w:r>
    </w:p>
    <w:p/>
    <w:p>
      <w:r>
        <w:rPr>
          <w:b w:val="0"/>
          <w:sz w:val="22"/>
        </w:rPr>
        <w:t>Sou uma pessoa dedicada, responsável, com boa capacidade de trabalho em equipe, comprometimento e vontade de contribuir para o crescimento da empresa.</w:t>
      </w:r>
    </w:p>
    <w:p/>
    <w:p>
      <w:r>
        <w:rPr>
          <w:b w:val="0"/>
          <w:sz w:val="22"/>
        </w:rPr>
        <w:t>Anexo a esta carta, envio meu currículo para apreciação e coloco-me à disposição para uma entrevista pessoal, a fim de melhor apresentar minhas qualificações e experiências.</w:t>
      </w:r>
    </w:p>
    <w:p/>
    <w:p>
      <w:r>
        <w:rPr>
          <w:b w:val="0"/>
          <w:sz w:val="22"/>
        </w:rPr>
        <w:t>Agradeço desde já a atenção dispensada e aguardo um retorno positivo.</w:t>
      </w:r>
    </w:p>
    <w:p/>
    <w:p>
      <w:r>
        <w:rPr>
          <w:b w:val="0"/>
          <w:sz w:val="22"/>
        </w:rPr>
        <w:t>Atenciosamente,</w:t>
      </w:r>
    </w:p>
    <w:p/>
    <w:p>
      <w:r>
        <w:rPr>
          <w:b w:val="0"/>
          <w:sz w:val="22"/>
        </w:rPr>
        <w:t>__________________________________________________________</w:t>
      </w:r>
    </w:p>
    <w:p>
      <w:r>
        <w:rPr>
          <w:b w:val="0"/>
          <w:sz w:val="22"/>
        </w:rPr>
        <w:t>Assinatura</w:t>
      </w:r>
    </w:p>
    <w:p/>
    <w:p>
      <w:r>
        <w:rPr>
          <w:b w:val="0"/>
          <w:sz w:val="22"/>
        </w:rPr>
        <w:t>__________________________________________________________</w:t>
      </w:r>
    </w:p>
    <w:p>
      <w:r>
        <w:rPr>
          <w:b w:val="0"/>
          <w:sz w:val="22"/>
        </w:rPr>
        <w:t>Nome completo</w:t>
      </w:r>
    </w:p>
    <w:p/>
    <w:p>
      <w:r>
        <w:rPr>
          <w:b w:val="0"/>
          <w:sz w:val="22"/>
        </w:rPr>
        <w:t>Telefone para contato: _____________________________________</w:t>
      </w:r>
    </w:p>
    <w:p>
      <w:r>
        <w:rPr>
          <w:b w:val="0"/>
          <w:sz w:val="22"/>
        </w:rPr>
        <w:t>E-mail: _________________________________________________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https://modelo-jus.com/carta-de-novo-emprego/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carta-de-novo-emprego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