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CARTA PARA BANCO</w:t>
      </w:r>
    </w:p>
    <w:p/>
    <w:p/>
    <w:p>
      <w:pPr>
        <w:jc w:val="both"/>
      </w:pPr>
      <w:r>
        <w:rPr>
          <w:b w:val="0"/>
          <w:i w:val="0"/>
          <w:sz w:val="22"/>
        </w:rPr>
        <w:t>À</w:t>
      </w:r>
    </w:p>
    <w:p>
      <w:pPr>
        <w:jc w:val="both"/>
      </w:pPr>
      <w:r>
        <w:rPr>
          <w:b w:val="0"/>
          <w:i w:val="0"/>
          <w:sz w:val="22"/>
        </w:rPr>
        <w:t>Gerência do Banco ____________________________</w:t>
      </w:r>
    </w:p>
    <w:p>
      <w:pPr>
        <w:jc w:val="both"/>
      </w:pPr>
      <w:r>
        <w:rPr>
          <w:b w:val="0"/>
          <w:i w:val="0"/>
          <w:sz w:val="22"/>
        </w:rPr>
        <w:t>Agência nº ________________</w:t>
      </w:r>
    </w:p>
    <w:p>
      <w:pPr>
        <w:jc w:val="both"/>
      </w:pPr>
      <w:r>
        <w:rPr>
          <w:b w:val="0"/>
          <w:i w:val="0"/>
          <w:sz w:val="22"/>
        </w:rPr>
        <w:t>Endereço: 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______________________________________________________</w:t>
      </w:r>
    </w:p>
    <w:p/>
    <w:p/>
    <w:p>
      <w:pPr>
        <w:jc w:val="both"/>
      </w:pPr>
      <w:r>
        <w:rPr>
          <w:b w:val="0"/>
          <w:i w:val="0"/>
          <w:sz w:val="22"/>
        </w:rPr>
        <w:t>Prezado(s) Senhor(es),</w:t>
      </w:r>
    </w:p>
    <w:p/>
    <w:p>
      <w:pPr>
        <w:jc w:val="both"/>
      </w:pPr>
      <w:r>
        <w:rPr>
          <w:b w:val="0"/>
          <w:i w:val="0"/>
          <w:sz w:val="22"/>
        </w:rPr>
        <w:t>Eu, ____________________________________________, brasileiro(a), portador(a) do CPF nº ________________, RG nº ________________, residente e domiciliado(a) à ____________________________________________________________, venho por meio desta formalizar o presente documento com a finalidade de tratar dos assuntos relacionados à minha conta corrente nº ________________, agência nº ________________, mantida neste respeitável Banco.</w:t>
      </w:r>
    </w:p>
    <w:p/>
    <w:p>
      <w:pPr>
        <w:jc w:val="both"/>
      </w:pPr>
      <w:r>
        <w:rPr>
          <w:b w:val="0"/>
          <w:i w:val="0"/>
          <w:sz w:val="22"/>
        </w:rPr>
        <w:t>Solicito, portanto, a V. Sas. que sejam tomadas as providências necessárias referentes a (especificar detalhadamente o motivo da carta, exemplo: atualização cadastral, solicitação de extrato, contestação de débito, abertura de crédito, bloqueio de cartão, entre outros).</w:t>
      </w:r>
    </w:p>
    <w:p/>
    <w:p>
      <w:pPr>
        <w:jc w:val="both"/>
      </w:pPr>
      <w:r>
        <w:rPr>
          <w:b w:val="0"/>
          <w:i w:val="0"/>
          <w:sz w:val="22"/>
        </w:rPr>
        <w:t>Esclareço que a presente solicitação tem caráter urgente e que estou à disposição para quaisquer esclarecimentos adicionais que se fizerem necessários, podendo ser contatado(a) pelo telefone (__) ______-________ ou pelo e-mail ____________________________.</w:t>
      </w:r>
    </w:p>
    <w:p/>
    <w:p>
      <w:pPr>
        <w:jc w:val="both"/>
      </w:pPr>
      <w:r>
        <w:rPr>
          <w:b w:val="0"/>
          <w:i w:val="0"/>
          <w:sz w:val="22"/>
        </w:rPr>
        <w:t>Ademais, declaro estar ciente das condições e obrigações inerentes à relação mantida com este Banco, bem como da necessidade de cumprimento das normas internas estabelecidas para o atendimento desta solicitação.</w:t>
      </w:r>
    </w:p>
    <w:p/>
    <w:p/>
    <w:p>
      <w:pPr>
        <w:jc w:val="both"/>
      </w:pPr>
      <w:r>
        <w:rPr>
          <w:b w:val="0"/>
          <w:i/>
          <w:sz w:val="22"/>
        </w:rPr>
        <w:t>Sem mais para o momento, agradeço a atenção e coloco-me à disposição.</w:t>
      </w:r>
    </w:p>
    <w:p/>
    <w:p/>
    <w:p/>
    <w:p>
      <w:pPr>
        <w:jc w:val="both"/>
      </w:pPr>
      <w:r>
        <w:rPr>
          <w:b w:val="0"/>
          <w:i w:val="0"/>
          <w:sz w:val="22"/>
        </w:rPr>
        <w:t>Local: 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Data: ____________________________________________</w:t>
      </w:r>
    </w:p>
    <w:p/>
    <w:p/>
    <w:p>
      <w:pPr>
        <w:jc w:val="both"/>
      </w:pPr>
      <w:r>
        <w:rPr>
          <w:b w:val="0"/>
          <w:i w:val="0"/>
          <w:sz w:val="22"/>
        </w:rPr>
        <w:t>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Assinatura do(a) cliente</w:t>
      </w:r>
    </w:p>
    <w:p>
      <w:pPr>
        <w:jc w:val="both"/>
      </w:pPr>
      <w:r>
        <w:rPr>
          <w:b w:val="0"/>
          <w:i w:val="0"/>
          <w:sz w:val="22"/>
        </w:rPr>
        <w:t>Nome completo: ___________________________________</w:t>
      </w:r>
    </w:p>
    <w:p>
      <w:pPr>
        <w:jc w:val="both"/>
      </w:pPr>
      <w:r>
        <w:rPr>
          <w:b w:val="0"/>
          <w:i w:val="0"/>
          <w:sz w:val="22"/>
        </w:rPr>
        <w:t>CPF: 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Telefone para contato: ___________________________</w:t>
      </w:r>
    </w:p>
    <w:p>
      <w:pPr>
        <w:jc w:val="both"/>
      </w:pPr>
      <w:r>
        <w:rPr>
          <w:b w:val="0"/>
          <w:i w:val="0"/>
          <w:sz w:val="22"/>
        </w:rPr>
        <w:t>E-mail: 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https://modelo-jus.com/carta-para-banco/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carta-para-banc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