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CONTRANOTIFICAÇÃO</w:t>
      </w:r>
    </w:p>
    <w:p/>
    <w:p/>
    <w:p>
      <w:r>
        <w:rPr>
          <w:b w:val="0"/>
          <w:sz w:val="22"/>
        </w:rPr>
        <w:t>À</w:t>
      </w:r>
    </w:p>
    <w:p>
      <w:r>
        <w:rPr>
          <w:b w:val="0"/>
          <w:sz w:val="22"/>
        </w:rPr>
        <w:t>______________________________________________</w:t>
      </w:r>
    </w:p>
    <w:p>
      <w:r>
        <w:rPr>
          <w:b w:val="0"/>
          <w:sz w:val="22"/>
        </w:rPr>
        <w:t>Nome/Razão Social do Notificante</w:t>
      </w:r>
    </w:p>
    <w:p>
      <w:r>
        <w:rPr>
          <w:b w:val="0"/>
          <w:sz w:val="22"/>
        </w:rPr>
        <w:t>______________________________________________</w:t>
      </w:r>
    </w:p>
    <w:p>
      <w:r>
        <w:rPr>
          <w:b w:val="0"/>
          <w:sz w:val="22"/>
        </w:rPr>
        <w:t>Endereço Completo</w:t>
      </w:r>
    </w:p>
    <w:p>
      <w:r>
        <w:rPr>
          <w:b w:val="0"/>
          <w:sz w:val="22"/>
        </w:rPr>
        <w:t>______________________________________________</w:t>
      </w:r>
    </w:p>
    <w:p/>
    <w:p>
      <w:r>
        <w:rPr>
          <w:b w:val="0"/>
          <w:sz w:val="22"/>
        </w:rPr>
        <w:t>Ref.: Contranotificação em face da Notificação Extrajudicial nº ________, recebida em ____/____/________.</w:t>
      </w:r>
    </w:p>
    <w:p/>
    <w:p>
      <w:r>
        <w:rPr>
          <w:b w:val="0"/>
          <w:sz w:val="22"/>
        </w:rPr>
        <w:t>Eu, ____________________________________, inscrito(a) no CPF nº ____________________, residente e domiciliado(a) à ________________________________________________, venho, por meio desta, apresentar a presente CONTRANOTIFICAÇÃO em face da Notificação Extrajudicial recebida, pelos fundamentos e razões a seguir expostos.</w:t>
      </w:r>
    </w:p>
    <w:p/>
    <w:p>
      <w:r>
        <w:rPr>
          <w:b/>
          <w:sz w:val="24"/>
        </w:rPr>
        <w:t>I – DOS FATOS</w:t>
      </w:r>
    </w:p>
    <w:p/>
    <w:p>
      <w:r>
        <w:rPr>
          <w:b w:val="0"/>
          <w:sz w:val="22"/>
        </w:rPr>
        <w:t>1. Em data de ____/____/________ recebi a Notificação Extrajudicial acima referida, enviada por _____________________________________ (nome do notificante), na qual foram alegados os seguintes fatos: ____________________________________________________________________________________________________________________________________________________.</w:t>
      </w:r>
    </w:p>
    <w:p/>
    <w:p>
      <w:r>
        <w:rPr>
          <w:b w:val="0"/>
          <w:sz w:val="22"/>
        </w:rPr>
        <w:t>2. Após análise cuidadosa, verifico que as alegações apresentadas não condizem com a realidade dos fatos, motivo pelo qual esta contranotificação se faz necessária para esclarecimento e preservação dos meus direitos.</w:t>
      </w:r>
    </w:p>
    <w:p/>
    <w:p>
      <w:r>
        <w:rPr>
          <w:b/>
          <w:sz w:val="24"/>
        </w:rPr>
        <w:t>II – DA IMPUGNAÇÃO E ESCLARECIMENTOS</w:t>
      </w:r>
    </w:p>
    <w:p/>
    <w:p>
      <w:r>
        <w:rPr>
          <w:b w:val="0"/>
          <w:sz w:val="22"/>
        </w:rPr>
        <w:t>3. Em relação aos pontos apresentados na Notificação, esclareço que: ____________________________________________________________________________________________________________________________________________________.</w:t>
      </w:r>
    </w:p>
    <w:p/>
    <w:p>
      <w:r>
        <w:rPr>
          <w:b w:val="0"/>
          <w:sz w:val="22"/>
        </w:rPr>
        <w:t>4. Destaco que: ____________________________________________________________________________________________________________________________________________________.</w:t>
      </w:r>
    </w:p>
    <w:p/>
    <w:p>
      <w:r>
        <w:rPr>
          <w:b/>
          <w:sz w:val="24"/>
        </w:rPr>
        <w:t>III – DOS FUNDAMENTOS JURÍDICOS</w:t>
      </w:r>
    </w:p>
    <w:p/>
    <w:p>
      <w:r>
        <w:rPr>
          <w:b w:val="0"/>
          <w:sz w:val="22"/>
        </w:rPr>
        <w:t>5. A presente contranotificação encontra amparo nos princípios do contraditório, ampla defesa e legalidade, previstos na Constituição Federal e no Código Civil Brasileiro, especialmente nos artigos 186, 187 e 927, que tratam da responsabilidade civil e do dever de não causar prejuízo a terceiros.</w:t>
      </w:r>
    </w:p>
    <w:p/>
    <w:p>
      <w:r>
        <w:rPr>
          <w:b w:val="0"/>
          <w:sz w:val="22"/>
        </w:rPr>
        <w:t>6. Ressalto que qualquer pretensão do notificante deverá respeitar os meios legais apropriados, não podendo ser fundamentada em informações inexatas ou abusivas.</w:t>
      </w:r>
    </w:p>
    <w:p/>
    <w:p>
      <w:r>
        <w:rPr>
          <w:b/>
          <w:sz w:val="24"/>
        </w:rPr>
        <w:t>IV – DOS PEDIDOS</w:t>
      </w:r>
    </w:p>
    <w:p/>
    <w:p>
      <w:r>
        <w:rPr>
          <w:b/>
          <w:sz w:val="22"/>
        </w:rPr>
        <w:t>7. Diante do exposto, requer-se:</w:t>
      </w:r>
    </w:p>
    <w:p/>
    <w:p>
      <w:r>
        <w:rPr>
          <w:b w:val="0"/>
          <w:sz w:val="22"/>
        </w:rPr>
        <w:t>a) O recebimento e a juntada desta Contratnotificação aos autos ou processos judiciais ou administrativos correlatos, caso existam;</w:t>
      </w:r>
    </w:p>
    <w:p>
      <w:r>
        <w:rPr>
          <w:b w:val="0"/>
          <w:sz w:val="22"/>
        </w:rPr>
        <w:t>b) O reconhecimento da improcedência das alegações constantes na Notificação Extrajudicial nº ________, por serem infundadas e inverídicas;</w:t>
      </w:r>
    </w:p>
    <w:p>
      <w:r>
        <w:rPr>
          <w:b w:val="0"/>
          <w:sz w:val="22"/>
        </w:rPr>
        <w:t>c) A imediata retratação do notificante quanto às afirmações indevidas;</w:t>
      </w:r>
    </w:p>
    <w:p>
      <w:r>
        <w:rPr>
          <w:b w:val="0"/>
          <w:sz w:val="22"/>
        </w:rPr>
        <w:t>d) A preservação dos meus direitos, inclusive para eventual pleito de indenização por eventuais danos causados em decorrência da Notificação extrajudicial.</w:t>
      </w:r>
    </w:p>
    <w:p/>
    <w:p>
      <w:r>
        <w:rPr>
          <w:b/>
          <w:sz w:val="24"/>
        </w:rPr>
        <w:t>V – DAS CONSIDERAÇÕES FINAIS</w:t>
      </w:r>
    </w:p>
    <w:p/>
    <w:p>
      <w:r>
        <w:rPr>
          <w:b w:val="0"/>
          <w:sz w:val="22"/>
        </w:rPr>
        <w:t>8. Reafirmo meu compromisso com a verdade e respeito às normas legais vigentes, colocando-me à disposição para esclarecimentos adicionais, na busca pela solução amigável e justa da controvérsia.</w:t>
      </w:r>
    </w:p>
    <w:p/>
    <w:p>
      <w:r>
        <w:rPr>
          <w:b w:val="0"/>
          <w:sz w:val="22"/>
        </w:rPr>
        <w:t>9. Por fim, ressalto que esta Contratnotificação é apresentada de forma responsável, buscando resguardar meus direitos e garantir o respeito mútuo nas relações entre as partes.</w:t>
      </w:r>
    </w:p>
    <w:p/>
    <w:p>
      <w:r>
        <w:rPr>
          <w:b w:val="0"/>
          <w:sz w:val="22"/>
        </w:rPr>
        <w:t>Nestes termos,</w:t>
      </w:r>
    </w:p>
    <w:p>
      <w:r>
        <w:rPr>
          <w:b w:val="0"/>
          <w:sz w:val="22"/>
        </w:rPr>
        <w:t>Pede deferimento.</w:t>
      </w:r>
    </w:p>
    <w:p/>
    <w:p>
      <w:r>
        <w:rPr>
          <w:b w:val="0"/>
          <w:sz w:val="22"/>
        </w:rPr>
        <w:t>__________________________________________</w:t>
      </w:r>
    </w:p>
    <w:p>
      <w:r>
        <w:rPr>
          <w:b w:val="0"/>
          <w:sz w:val="22"/>
        </w:rPr>
        <w:t>Local e Assinatura</w:t>
      </w:r>
    </w:p>
    <w:p/>
    <w:p>
      <w:r>
        <w:rPr>
          <w:b w:val="0"/>
          <w:sz w:val="22"/>
        </w:rPr>
        <w:t>__________________________________________</w:t>
      </w:r>
    </w:p>
    <w:p>
      <w:r>
        <w:rPr>
          <w:b w:val="0"/>
          <w:sz w:val="22"/>
        </w:rPr>
        <w:t>Nome do Contratnotificante</w:t>
      </w:r>
    </w:p>
    <w:p>
      <w:r>
        <w:rPr>
          <w:b w:val="0"/>
          <w:sz w:val="22"/>
        </w:rPr>
        <w:t>CPF nº 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https://modelo-jus.com/contranotificacao/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s.com/contranotificacao/" TargetMode="External"/><Relationship Id="rId10" Type="http://schemas.openxmlformats.org/officeDocument/2006/relationships/hyperlink" Target="https://modelo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