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LOCAÇÃO DE APARTAMENTO RESIDENCIAL</w:t>
      </w:r>
    </w:p>
    <w:p/>
    <w:p/>
    <w:p>
      <w:r>
        <w:rPr>
          <w:b w:val="0"/>
          <w:i w:val="0"/>
          <w:sz w:val="20"/>
        </w:rPr>
        <w:t>Pelo presente instrumento particular de contrato de locação residencial, de um lado, como LOCADOR(a), ________________________________________________________, portador(a) do CPF nº ______________________ e RG nº ________________________________, residente e domiciliado(a) à ______________________________________________________, e de outro lado, como LOCATÁRIO(a), ___________________________________________________, portador(a) do CPF nº ______________________ e RG nº ________________________________, residente e domiciliado(a) à ________________________________________________________, têm entre si justo e contratado o seguinte:</w:t>
      </w:r>
    </w:p>
    <w:p/>
    <w:p/>
    <w:p>
      <w:r>
        <w:rPr>
          <w:b/>
          <w:sz w:val="22"/>
        </w:rPr>
        <w:t>CLÁUSULA 1ª – DO IMÓVEL LOCADO</w:t>
      </w:r>
    </w:p>
    <w:p>
      <w:r>
        <w:rPr>
          <w:b w:val="0"/>
          <w:i w:val="0"/>
          <w:sz w:val="20"/>
        </w:rPr>
        <w:t>O LOCADOR dá em locação ao LOCATÁRIO, que aceita, o imóvel residencial situado à ______________________________________________________________________________________, com todas as suas instalações, benfeitorias e acessórios, para uso exclusivamente residencial.</w:t>
      </w:r>
    </w:p>
    <w:p/>
    <w:p>
      <w:r>
        <w:rPr>
          <w:b/>
          <w:sz w:val="22"/>
        </w:rPr>
        <w:t>CLÁUSULA 2ª – DO PRAZO DA LOCAÇÃO</w:t>
      </w:r>
    </w:p>
    <w:p>
      <w:r>
        <w:rPr>
          <w:b w:val="0"/>
          <w:i w:val="0"/>
          <w:sz w:val="20"/>
        </w:rPr>
        <w:t>O prazo da locação é de __ (__) meses, com início em __/__/____ e término em __/__/____, não sendo permitida a prorrogação automática.</w:t>
      </w:r>
    </w:p>
    <w:p/>
    <w:p>
      <w:r>
        <w:rPr>
          <w:b/>
          <w:sz w:val="22"/>
        </w:rPr>
        <w:t>CLÁUSULA 3ª – DO VALOR DO ALUGUEL E FORMA DE PAGAMENTO</w:t>
      </w:r>
    </w:p>
    <w:p>
      <w:r>
        <w:rPr>
          <w:b w:val="0"/>
          <w:i w:val="0"/>
          <w:sz w:val="20"/>
        </w:rPr>
        <w:t>O aluguel mensal será de R$ ______________________ (______________________________), devidamente corrigido anualmente pelo índice oficial de inflação adotado pelo Governo Federal ou outro que venha a substituí-lo. O pagamento deverá ser efetuado até o dia __ de cada mês, na conta bancária indicada pelo LOCADOR ou em outro local por ele determinado.</w:t>
      </w:r>
    </w:p>
    <w:p/>
    <w:p>
      <w:r>
        <w:rPr>
          <w:b/>
          <w:sz w:val="22"/>
        </w:rPr>
        <w:t>CLÁUSULA 4ª – DOS ENCARGOS DO CONTRATO</w:t>
      </w:r>
    </w:p>
    <w:p>
      <w:r>
        <w:rPr>
          <w:b w:val="0"/>
          <w:i w:val="0"/>
          <w:sz w:val="20"/>
        </w:rPr>
        <w:t>São de responsabilidade do LOCATÁRIO as despesas relativas a consumo de água, energia elétrica, gás, condomínio, IPTU, taxas e demais encargos incidentes sobre o imóvel durante o período da locação.</w:t>
      </w:r>
    </w:p>
    <w:p/>
    <w:p>
      <w:r>
        <w:rPr>
          <w:b/>
          <w:sz w:val="22"/>
        </w:rPr>
        <w:t>CLÁUSULA 5ª – DAS OBRIGAÇÕES DO LOCATÁRIO</w:t>
      </w:r>
    </w:p>
    <w:p>
      <w:r>
        <w:rPr>
          <w:b w:val="0"/>
          <w:i w:val="0"/>
          <w:sz w:val="20"/>
        </w:rPr>
        <w:t>O LOCATÁRIO se obriga a:</w:t>
        <w:br/>
        <w:t>a) Utilizar o imóvel exclusivamente para fins residenciais;</w:t>
        <w:br/>
        <w:t>b) Zelar pela conservação do imóvel, realizando reparos necessários por danos causados por si ou seus visitantes;</w:t>
        <w:br/>
        <w:t>c) Não realizar modificações estruturais sem autorização expressa do LOCADOR;</w:t>
        <w:br/>
        <w:t>d) Permitir a vistoria do imóvel pelo LOCADOR mediante aviso prévio de 48 horas;</w:t>
        <w:br/>
        <w:t>e) Entregar o imóvel, ao término do contrato, nas mesmas condições em que o recebeu, salvo deteriorações decorrentes do uso normal.</w:t>
      </w:r>
    </w:p>
    <w:p/>
    <w:p>
      <w:r>
        <w:rPr>
          <w:b/>
          <w:sz w:val="22"/>
        </w:rPr>
        <w:t>CLÁUSULA 6ª – DAS OBRIGAÇÕES DO LOCADOR</w:t>
      </w:r>
    </w:p>
    <w:p>
      <w:r>
        <w:rPr>
          <w:b w:val="0"/>
          <w:i w:val="0"/>
          <w:sz w:val="20"/>
        </w:rPr>
        <w:t>O LOCADOR se obriga a:</w:t>
        <w:br/>
        <w:t>a) Entregar o imóvel em condições de uso e habitabilidade;</w:t>
        <w:br/>
        <w:t>b) Responder por vícios ou defeitos anteriores à locação;</w:t>
        <w:br/>
        <w:t>c) Garantir o uso pacífico do imóvel durante o prazo da locação.</w:t>
      </w:r>
    </w:p>
    <w:p/>
    <w:p>
      <w:r>
        <w:rPr>
          <w:b/>
          <w:sz w:val="22"/>
        </w:rPr>
        <w:t>CLÁUSULA 7ª – DO DIREITO DE PREFERÊNCIA</w:t>
      </w:r>
    </w:p>
    <w:p>
      <w:r>
        <w:rPr>
          <w:b w:val="0"/>
          <w:i w:val="0"/>
          <w:sz w:val="20"/>
        </w:rPr>
        <w:t>Na hipótese de venda do imóvel durante a vigência do contrato, o LOCATÁRIO terá direito de preferência na compra, devendo ser notificado por escrito, nos termos da legislação vigente.</w:t>
      </w:r>
    </w:p>
    <w:p/>
    <w:p>
      <w:r>
        <w:rPr>
          <w:b/>
          <w:sz w:val="22"/>
        </w:rPr>
        <w:t>CLÁUSULA 8ª – DA MULTA POR RESCISÃO ANTECIPADA</w:t>
      </w:r>
    </w:p>
    <w:p>
      <w:r>
        <w:rPr>
          <w:b w:val="0"/>
          <w:i w:val="0"/>
          <w:sz w:val="20"/>
        </w:rPr>
        <w:t>Caso o LOCATÁRIO deseje rescindir o contrato antes do término do prazo ajustado, deverá pagar multa equivalente a __ (__) meses de aluguel, proporcional ao período restante.</w:t>
      </w:r>
    </w:p>
    <w:p/>
    <w:p>
      <w:r>
        <w:rPr>
          <w:b/>
          <w:sz w:val="22"/>
        </w:rPr>
        <w:t>CLÁUSULA 9ª – DA GARANTIA LOCATÍCIA</w:t>
      </w:r>
    </w:p>
    <w:p>
      <w:r>
        <w:rPr>
          <w:b w:val="0"/>
          <w:i w:val="0"/>
          <w:sz w:val="20"/>
        </w:rPr>
        <w:t>Para garantia das obrigações contratuais, o LOCATÁRIO oferece como garantia: __( ) caução em dinheiro no valor de R$ ________________, __( ) fiador, __( ) seguro fiança, conforme documento anexo.</w:t>
      </w:r>
    </w:p>
    <w:p/>
    <w:p>
      <w:r>
        <w:rPr>
          <w:b/>
          <w:sz w:val="22"/>
        </w:rPr>
        <w:t>CLÁUSULA 10ª – DA DEVOLUÇÃO DO IMÓVEL</w:t>
      </w:r>
    </w:p>
    <w:p>
      <w:r>
        <w:rPr>
          <w:b w:val="0"/>
          <w:i w:val="0"/>
          <w:sz w:val="20"/>
        </w:rPr>
        <w:t>Ao final da locação, o LOCATÁRIO deverá entregar o imóvel limpo, desocupado e nas condições originais, sob pena de ser responsabilizado por danos ou benfeitorias não autorizadas.</w:t>
      </w:r>
    </w:p>
    <w:p/>
    <w:p>
      <w:r>
        <w:rPr>
          <w:b/>
          <w:sz w:val="22"/>
        </w:rPr>
        <w:t>CLÁUSULA 11ª – DAS DISPOSIÇÕES GERAIS</w:t>
      </w:r>
    </w:p>
    <w:p>
      <w:r>
        <w:rPr>
          <w:b w:val="0"/>
          <w:i w:val="0"/>
          <w:sz w:val="20"/>
        </w:rPr>
        <w:t>Eventuais tolerâncias das partes quanto ao descumprimento de cláusulas contratuais não implicam renúncia ou alteração deste contrato, que somente poderá ser modificado por escrito e assinado por ambas as partes.</w:t>
      </w:r>
    </w:p>
    <w:p/>
    <w:p>
      <w:r>
        <w:rPr>
          <w:b/>
          <w:sz w:val="22"/>
        </w:rPr>
        <w:t>CLÁUSULA 12ª – DO FORO</w:t>
      </w:r>
    </w:p>
    <w:p>
      <w:r>
        <w:rPr>
          <w:b w:val="0"/>
          <w:i w:val="0"/>
          <w:sz w:val="20"/>
        </w:rPr>
        <w:t>Fica eleito o foro da comarca de ___________________, Estado ____, para dirimir quaisquer dúvidas ou litígios oriundos deste contrato, com renúncia expressa de qualquer outro, por mais privilegiado que seja.</w:t>
      </w:r>
    </w:p>
    <w:p/>
    <w:p/>
    <w:p/>
    <w:p>
      <w:r>
        <w:rPr>
          <w:b w:val="0"/>
          <w:i/>
          <w:sz w:val="20"/>
        </w:rPr>
        <w:t>E, por estarem assim justos e contratados, firmam o presente instrumento em 2 (duas) vias de igual teor e forma, na presença de 2 (duas) testemunhas.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</w:t>
              <w:br/>
              <w:t>LOCADOR(a)</w:t>
              <w:br/>
              <w:t>Nome: ______________________________________</w:t>
              <w:br/>
              <w:t>CPF: _______________________________________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</w:t>
              <w:br/>
              <w:t>LOCATÁRIO(a)</w:t>
              <w:br/>
              <w:t>Nome: ______________________________________</w:t>
              <w:br/>
              <w:t>CPF: _______________________________________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</w:t>
              <w:br/>
              <w:t>TESTEMUNHA 1</w:t>
              <w:br/>
              <w:t>Nome: ______________________________________</w:t>
              <w:br/>
              <w:t>CPF: _______________________________________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</w:t>
              <w:br/>
              <w:t>TESTEMUNHA 2</w:t>
              <w:br/>
              <w:t>Nome: ______________________________________</w:t>
              <w:br/>
              <w:t>CPF: 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https://modelo-jus.com/contrato-de-aluguel-de-apartamento/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rato-de-aluguel-de-apartament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