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COMPRA E VENDA DE TERRENO SEM ESCRITURA</w:t>
      </w:r>
    </w:p>
    <w:p/>
    <w:p/>
    <w:p>
      <w:pPr>
        <w:jc w:val="both"/>
      </w:pPr>
      <w:r>
        <w:rPr>
          <w:b w:val="0"/>
          <w:sz w:val="20"/>
        </w:rPr>
        <w:t>Pelo presente instrumento particular de Contrato de Compra e Venda, de um lado o(a) VENDEDOR(a): ____________________________________________________________, nacionalidade ____________________, estado civil ____________________, profissão ____________________, portador(a) do RG nº ____________________ e CPF nº ____________________, residente e domiciliado(a) à ____________________________________________________________, e, de outro lado, o(a) COMPRADOR(a): ____________________________________________________________, nacionalidade ____________________, estado civil ____________________, profissão ____________________, portador(a) do RG nº ____________________ e CPF nº ____________________, residente e domiciliado(a) à ____________________________________________________________, têm entre si justo e contratado o que segue:</w:t>
      </w:r>
    </w:p>
    <w:p/>
    <w:p>
      <w:pPr>
        <w:jc w:val="left"/>
      </w:pPr>
      <w:r>
        <w:rPr>
          <w:b/>
          <w:sz w:val="22"/>
        </w:rPr>
        <w:t>CLÁUSULA PRIMEIRA – DO OBJETO</w:t>
      </w:r>
    </w:p>
    <w:p>
      <w:pPr>
        <w:jc w:val="both"/>
      </w:pPr>
      <w:r>
        <w:rPr>
          <w:b w:val="0"/>
          <w:sz w:val="20"/>
        </w:rPr>
        <w:t>1.1. O(a) VENDEDOR(a) é legítimo(a) possuidor(a) e proprietário(a) do terreno situado à ____________________________________________________________, medindo aproximadamente ____________________ metros quadrados, descrito e caracterizado conforme as informações que constam na matrícula nº ______________ do Cartório de Registro de Imóveis de ____________________, não havendo, até a presente data, qualquer ônus, gravame, penhora, hipoteca ou restrição que possa impedir ou limitar a venda ora ajustada.</w:t>
      </w:r>
    </w:p>
    <w:p/>
    <w:p>
      <w:pPr>
        <w:jc w:val="left"/>
      </w:pPr>
      <w:r>
        <w:rPr>
          <w:b/>
          <w:sz w:val="22"/>
        </w:rPr>
        <w:t>CLÁUSULA SEGUNDA – DO ESTADO DO IMÓVEL</w:t>
      </w:r>
    </w:p>
    <w:p>
      <w:pPr>
        <w:jc w:val="both"/>
      </w:pPr>
      <w:r>
        <w:rPr>
          <w:b w:val="0"/>
          <w:sz w:val="20"/>
        </w:rPr>
        <w:t>2.1. O imóvel objeto deste contrato encontra-se livre de construções, benfeitorias ou quaisquer outras alterações, estando o(a) COMPRADOR(a) ciente e de acordo com o estado atual em que se encontra o terreno.</w:t>
      </w:r>
    </w:p>
    <w:p/>
    <w:p>
      <w:pPr>
        <w:jc w:val="left"/>
      </w:pPr>
      <w:r>
        <w:rPr>
          <w:b/>
          <w:sz w:val="22"/>
        </w:rPr>
        <w:t>CLÁUSULA TERCEIRA – DO PREÇO E CONDIÇÕES DE PAGAMENTO</w:t>
      </w:r>
    </w:p>
    <w:p>
      <w:pPr>
        <w:jc w:val="both"/>
      </w:pPr>
      <w:r>
        <w:rPr>
          <w:b w:val="0"/>
          <w:sz w:val="20"/>
        </w:rPr>
        <w:t>3.1. O preço certo e ajustado para a presente compra e venda é de R$ ____________________ (__________________________________________________), que o(a) COMPRADOR(a) pagará da seguinte forma:</w:t>
      </w:r>
    </w:p>
    <w:p>
      <w:pPr>
        <w:jc w:val="both"/>
      </w:pPr>
      <w:r>
        <w:rPr>
          <w:b w:val="0"/>
          <w:sz w:val="20"/>
        </w:rPr>
        <w:t>3.2. ( ) À vista, mediante pagamento integral na assinatura deste contrato.</w:t>
      </w:r>
    </w:p>
    <w:p>
      <w:pPr>
        <w:jc w:val="both"/>
      </w:pPr>
      <w:r>
        <w:rPr>
          <w:b w:val="0"/>
          <w:sz w:val="20"/>
        </w:rPr>
        <w:t>3.3. ( ) Em parcelas, conforme acordo abaixo:</w:t>
      </w:r>
    </w:p>
    <w:p>
      <w:pPr>
        <w:jc w:val="both"/>
      </w:pPr>
      <w:r>
        <w:rPr>
          <w:b w:val="0"/>
          <w:sz w:val="20"/>
        </w:rPr>
        <w:t xml:space="preserve">       a) Primeira parcela: R$ ______________, vencendo em __/__/____;</w:t>
      </w:r>
    </w:p>
    <w:p>
      <w:pPr>
        <w:jc w:val="both"/>
      </w:pPr>
      <w:r>
        <w:rPr>
          <w:b w:val="0"/>
          <w:sz w:val="20"/>
        </w:rPr>
        <w:t xml:space="preserve">       b) Demais parcelas: ______________, vencendo-se a última em __/__/____.</w:t>
      </w:r>
    </w:p>
    <w:p/>
    <w:p>
      <w:pPr>
        <w:jc w:val="left"/>
      </w:pPr>
      <w:r>
        <w:rPr>
          <w:b/>
          <w:sz w:val="22"/>
        </w:rPr>
        <w:t>CLÁUSULA QUARTA – DA POSSE E TRANSFERÊNCIA</w:t>
      </w:r>
    </w:p>
    <w:p>
      <w:pPr>
        <w:jc w:val="both"/>
      </w:pPr>
      <w:r>
        <w:rPr>
          <w:b w:val="0"/>
          <w:sz w:val="20"/>
        </w:rPr>
        <w:t>4.1. A posse do terreno será transmitida ao(à) COMPRADOR(a) na data da assinatura deste contrato.</w:t>
      </w:r>
    </w:p>
    <w:p>
      <w:pPr>
        <w:jc w:val="both"/>
      </w:pPr>
      <w:r>
        <w:rPr>
          <w:b w:val="0"/>
          <w:sz w:val="20"/>
        </w:rPr>
        <w:t>4.2. O(A) VENDEDOR(a) se compromete a entregar ao(à) COMPRADOR(a) todos os documentos necessários para a regularização da propriedade, ciente de que a transferência da titularidade junto ao Cartório de Registro de Imóveis será de responsabilidade do(a) COMPRADOR(a).</w:t>
      </w:r>
    </w:p>
    <w:p/>
    <w:p>
      <w:pPr>
        <w:jc w:val="left"/>
      </w:pPr>
      <w:r>
        <w:rPr>
          <w:b/>
          <w:sz w:val="22"/>
        </w:rPr>
        <w:t>CLÁUSULA QUINTA – DAS OBRIGAÇÕES DAS PARTES</w:t>
      </w:r>
    </w:p>
    <w:p>
      <w:pPr>
        <w:jc w:val="left"/>
      </w:pPr>
      <w:r>
        <w:rPr>
          <w:b/>
          <w:sz w:val="20"/>
        </w:rPr>
        <w:t>5.1. Obrigações do(a) VENDEDOR(a):</w:t>
      </w:r>
    </w:p>
    <w:p>
      <w:pPr>
        <w:jc w:val="both"/>
      </w:pPr>
      <w:r>
        <w:rPr>
          <w:b w:val="0"/>
          <w:sz w:val="20"/>
        </w:rPr>
        <w:t>a) Garantir a posse pacífica e o direito de propriedade sobre o terreno;</w:t>
      </w:r>
    </w:p>
    <w:p>
      <w:pPr>
        <w:jc w:val="both"/>
      </w:pPr>
      <w:r>
        <w:rPr>
          <w:b w:val="0"/>
          <w:sz w:val="20"/>
        </w:rPr>
        <w:t>b) Entregar o imóvel livre e desembaraçado de quaisquer ônus ou dívidas;</w:t>
      </w:r>
    </w:p>
    <w:p>
      <w:pPr>
        <w:jc w:val="both"/>
      </w:pPr>
      <w:r>
        <w:rPr>
          <w:b w:val="0"/>
          <w:sz w:val="20"/>
        </w:rPr>
        <w:t>c) Fornecer os documentos necessários para a transferência do imóvel.</w:t>
      </w:r>
    </w:p>
    <w:p/>
    <w:p>
      <w:pPr>
        <w:jc w:val="left"/>
      </w:pPr>
      <w:r>
        <w:rPr>
          <w:b/>
          <w:sz w:val="20"/>
        </w:rPr>
        <w:t>5.2. Obrigações do(a) COMPRADOR(a):</w:t>
      </w:r>
    </w:p>
    <w:p>
      <w:pPr>
        <w:jc w:val="both"/>
      </w:pPr>
      <w:r>
        <w:rPr>
          <w:b w:val="0"/>
          <w:sz w:val="20"/>
        </w:rPr>
        <w:t>a) Efetuar o pagamento na forma e prazos acordados;</w:t>
      </w:r>
    </w:p>
    <w:p>
      <w:pPr>
        <w:jc w:val="both"/>
      </w:pPr>
      <w:r>
        <w:rPr>
          <w:b w:val="0"/>
          <w:sz w:val="20"/>
        </w:rPr>
        <w:t>b) Arcar com despesas relativas à transferência do imóvel, incluindo impostos, taxas e emolumentos cartoriais;</w:t>
      </w:r>
    </w:p>
    <w:p>
      <w:pPr>
        <w:jc w:val="both"/>
      </w:pPr>
      <w:r>
        <w:rPr>
          <w:b w:val="0"/>
          <w:sz w:val="20"/>
        </w:rPr>
        <w:t>c) Respeitar as normas urbanísticas e ambientais relativas ao uso do terreno.</w:t>
      </w:r>
    </w:p>
    <w:p/>
    <w:p>
      <w:pPr>
        <w:jc w:val="left"/>
      </w:pPr>
      <w:r>
        <w:rPr>
          <w:b/>
          <w:sz w:val="22"/>
        </w:rPr>
        <w:t>CLÁUSULA SEXTA – DAS PENALIDADES</w:t>
      </w:r>
    </w:p>
    <w:p>
      <w:pPr>
        <w:jc w:val="both"/>
      </w:pPr>
      <w:r>
        <w:rPr>
          <w:b w:val="0"/>
          <w:sz w:val="20"/>
        </w:rPr>
        <w:t>6.1. Em caso de inadimplemento de qualquer das cláusulas deste contrato, a parte infratora ficará sujeita ao pagamento de multa equivalente a 10% (dez por cento) sobre o valor total ajustado, além de responder por perdas e danos.</w:t>
      </w:r>
    </w:p>
    <w:p/>
    <w:p>
      <w:pPr>
        <w:jc w:val="left"/>
      </w:pPr>
      <w:r>
        <w:rPr>
          <w:b/>
          <w:sz w:val="22"/>
        </w:rPr>
        <w:t>CLÁUSULA SÉTIMA – DAS DISPOSIÇÕES GERAIS</w:t>
      </w:r>
    </w:p>
    <w:p>
      <w:pPr>
        <w:jc w:val="both"/>
      </w:pPr>
      <w:r>
        <w:rPr>
          <w:b w:val="0"/>
          <w:sz w:val="20"/>
        </w:rPr>
        <w:t>7.1. Este contrato passa a vigorar entre as partes a partir da assinatura, obrigando seus herdeiros e sucessores.</w:t>
      </w:r>
    </w:p>
    <w:p>
      <w:pPr>
        <w:jc w:val="both"/>
      </w:pPr>
      <w:r>
        <w:rPr>
          <w:b w:val="0"/>
          <w:sz w:val="20"/>
        </w:rPr>
        <w:t>7.2. As partes elegem o foro da comarca de ____________________ para dirimir quaisquer dúvidas ou litígios oriundos deste contrato, renunciando a qualquer outro, por mais privilegiado que seja.</w:t>
      </w:r>
    </w:p>
    <w:p/>
    <w:p/>
    <w:p>
      <w:pPr>
        <w:jc w:val="both"/>
      </w:pPr>
      <w:r>
        <w:rPr>
          <w:b w:val="0"/>
          <w:sz w:val="20"/>
        </w:rPr>
        <w:t>E por estarem assim justos e contratados, assinam o presente instrumento em 2 (duas) vias de igual teor e forma, na presença das testemunhas abaixo.</w:t>
      </w:r>
    </w:p>
    <w:p/>
    <w:p/>
    <w:p/>
    <w:p>
      <w:pPr>
        <w:jc w:val="left"/>
      </w:pPr>
      <w:r>
        <w:rPr>
          <w:b w:val="0"/>
          <w:sz w:val="20"/>
        </w:rPr>
        <w:t>__________________________________________</w:t>
        <w:br/>
        <w:t>VENDEDOR(a)</w:t>
      </w:r>
    </w:p>
    <w:p/>
    <w:p/>
    <w:p>
      <w:pPr>
        <w:jc w:val="left"/>
      </w:pPr>
      <w:r>
        <w:rPr>
          <w:sz w:val="20"/>
        </w:rPr>
        <w:t>__________________________________________</w:t>
        <w:br/>
        <w:t>COMPRADOR(a)</w:t>
      </w:r>
    </w:p>
    <w:p/>
    <w:p/>
    <w:p/>
    <w:p>
      <w:pPr>
        <w:jc w:val="left"/>
      </w:pPr>
      <w:r>
        <w:rPr>
          <w:sz w:val="20"/>
        </w:rPr>
        <w:t>Testemunhas:</w:t>
        <w:br/>
        <w:br/>
        <w:t>1) __________________________________________</w:t>
        <w:br/>
        <w:t>Nome:</w:t>
        <w:br/>
        <w:t>CPF:</w:t>
        <w:br/>
        <w:br/>
        <w:t>2) __________________________________________</w:t>
        <w:br/>
        <w:t>Nome:</w:t>
        <w:br/>
        <w:t>CPF: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https://modelo-jus.com/contrato-de-compra-e-venda-de-terreno-sem-escritura/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contrato-de-compra-e-venda-de-terreno-sem-escritura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