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EMPREITADA</w:t>
      </w:r>
    </w:p>
    <w:p/>
    <w:p/>
    <w:p>
      <w:r>
        <w:rPr>
          <w:b w:val="0"/>
          <w:sz w:val="20"/>
        </w:rPr>
        <w:t>CONTRATANTE: ________________________________________________________________, nacionalidade ________________, estado civil ________________, profissão ________________, portador(a) do RG nº __________________ e CPF nº ____________________________, com endereço à _______________________________________________________________, número ______, bairro __________________, cidade __________________, UF ____, CEP _________.</w:t>
      </w:r>
    </w:p>
    <w:p/>
    <w:p>
      <w:r>
        <w:rPr>
          <w:b w:val="0"/>
          <w:sz w:val="20"/>
        </w:rPr>
        <w:t>CONTRATADO: ________________________________________________________________, nacionalidade ________________, estado civil ________________, profissão ________________, portador(a) do RG nº __________________ e CPF nº ____________________________, com endereço à _______________________________________________________________, número ______, bairro __________________, cidade __________________, UF ____, CEP _________.</w:t>
      </w:r>
    </w:p>
    <w:p/>
    <w:p/>
    <w:p>
      <w:r>
        <w:rPr>
          <w:b w:val="0"/>
          <w:sz w:val="20"/>
        </w:rPr>
        <w:t>As partes acima identificadas têm entre si justo e contratado o presente Contrato de Empreitada, que se regerá pelas cláusulas e condições seguintes:</w:t>
      </w:r>
    </w:p>
    <w:p/>
    <w:p/>
    <w:p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presente contrato tem por objeto a execução da obra/serviço de ________________________________, conforme especificações e condições estabelecidas neste instrumento, e que será realizado pelo CONTRATADO para o CONTRATANTE.</w:t>
      </w:r>
    </w:p>
    <w:p/>
    <w:p>
      <w:r>
        <w:rPr>
          <w:b/>
          <w:sz w:val="22"/>
        </w:rPr>
        <w:t>CLÁUSULA 2ª – DO PRAZO</w:t>
      </w:r>
    </w:p>
    <w:p>
      <w:r>
        <w:rPr>
          <w:b w:val="0"/>
          <w:sz w:val="20"/>
        </w:rPr>
        <w:t>O prazo para a conclusão da empreitada é de _______ (________) dias corridos, contados a partir do recebimento da ordem de início dos serviços pelo CONTRATADO.</w:t>
      </w:r>
    </w:p>
    <w:p/>
    <w:p>
      <w:r>
        <w:rPr>
          <w:b/>
          <w:sz w:val="22"/>
        </w:rPr>
        <w:t>CLÁUSULA 3ª – DO PREÇO E FORMA DE PAGAMENTO</w:t>
      </w:r>
    </w:p>
    <w:p>
      <w:r>
        <w:rPr>
          <w:b w:val="0"/>
          <w:sz w:val="20"/>
        </w:rPr>
        <w:t>O preço certo e ajustado para a execução total da empreitada é de R$ ____________________________ (______________________________), que será pago pelo CONTRATANTE ao CONTRATADO da seguinte forma:</w:t>
      </w:r>
    </w:p>
    <w:p>
      <w:r>
        <w:rPr>
          <w:b/>
          <w:sz w:val="20"/>
        </w:rPr>
        <w:t>a) Sinal de R$ ________________________, pago na assinatura deste contrato;</w:t>
      </w:r>
    </w:p>
    <w:p>
      <w:r>
        <w:rPr>
          <w:b w:val="0"/>
          <w:sz w:val="20"/>
        </w:rPr>
        <w:t>b) Restante de R$ ________________________, pago em ____ parcelas iguais de R$ ________________________, vencendo-se a primeira parcela em ___/___/____ e as demais a cada trinta dias subsequentes.</w:t>
      </w:r>
    </w:p>
    <w:p/>
    <w:p>
      <w:r>
        <w:rPr>
          <w:b/>
          <w:sz w:val="22"/>
        </w:rPr>
        <w:t>CLÁUSULA 4ª – DAS OBRIGAÇÕES DO CONTRATADO</w:t>
      </w:r>
    </w:p>
    <w:p>
      <w:r>
        <w:rPr>
          <w:b w:val="0"/>
          <w:sz w:val="20"/>
        </w:rPr>
        <w:t>São obrigações do CONTRATADO:</w:t>
      </w:r>
    </w:p>
    <w:p>
      <w:r>
        <w:rPr>
          <w:b/>
          <w:sz w:val="20"/>
        </w:rPr>
        <w:t>a) Executar a obra/serviço conforme as especificações técnicas e prazos estabelecidos;</w:t>
      </w:r>
    </w:p>
    <w:p>
      <w:r>
        <w:rPr>
          <w:b/>
          <w:sz w:val="20"/>
        </w:rPr>
        <w:t>b) Fornecer todos os materiais, ferramentas, equipamentos e mão de obra necessários para a execução da empreitada;</w:t>
      </w:r>
    </w:p>
    <w:p>
      <w:r>
        <w:rPr>
          <w:b/>
          <w:sz w:val="20"/>
        </w:rPr>
        <w:t>c) Observar as normas técnicas e de segurança aplicáveis;</w:t>
      </w:r>
    </w:p>
    <w:p>
      <w:r>
        <w:rPr>
          <w:b/>
          <w:sz w:val="20"/>
        </w:rPr>
        <w:t>d) Responsabilizar-se por eventuais danos causados a terceiros e ao patrimônio durante a execução da obra;</w:t>
      </w:r>
    </w:p>
    <w:p>
      <w:r>
        <w:rPr>
          <w:b w:val="0"/>
          <w:sz w:val="20"/>
        </w:rPr>
        <w:t>e) Comunicar imediatamente ao CONTRATANTE qualquer fato que possa prejudicar a execução do contrato.</w:t>
      </w:r>
    </w:p>
    <w:p/>
    <w:p>
      <w:r>
        <w:rPr>
          <w:b/>
          <w:sz w:val="22"/>
        </w:rPr>
        <w:t>CLÁUSULA 5ª – DAS OBRIGAÇÕES DO CONTRATANTE</w:t>
      </w:r>
    </w:p>
    <w:p>
      <w:r>
        <w:rPr>
          <w:b w:val="0"/>
          <w:sz w:val="20"/>
        </w:rPr>
        <w:t>São obrigações do CONTRATANTE:</w:t>
      </w:r>
    </w:p>
    <w:p>
      <w:r>
        <w:rPr>
          <w:b/>
          <w:sz w:val="20"/>
        </w:rPr>
        <w:t>a) Fornecer acesso ao local da obra/serviço e condições adequadas para a execução;</w:t>
      </w:r>
    </w:p>
    <w:p>
      <w:r>
        <w:rPr>
          <w:b/>
          <w:sz w:val="20"/>
        </w:rPr>
        <w:t>b) Efetuar os pagamentos nas condições e prazos estabelecidos neste contrato;</w:t>
      </w:r>
    </w:p>
    <w:p>
      <w:r>
        <w:rPr>
          <w:b/>
          <w:sz w:val="20"/>
        </w:rPr>
        <w:t>c) Fornecer as informações e documentos necessários para a execução da empreitada;</w:t>
      </w:r>
    </w:p>
    <w:p>
      <w:r>
        <w:rPr>
          <w:b w:val="0"/>
          <w:sz w:val="20"/>
        </w:rPr>
        <w:t>d) Fiscalizar o andamento da obra, podendo solicitar esclarecimentos ao CONTRATADO.</w:t>
      </w:r>
    </w:p>
    <w:p/>
    <w:p>
      <w:r>
        <w:rPr>
          <w:b/>
          <w:sz w:val="22"/>
        </w:rPr>
        <w:t>CLÁUSULA 6ª – DA FISCALIZAÇÃO E RECEBIMENTO</w:t>
      </w:r>
    </w:p>
    <w:p>
      <w:r>
        <w:rPr>
          <w:b w:val="0"/>
          <w:sz w:val="20"/>
        </w:rPr>
        <w:t>O CONTRATANTE poderá fiscalizar a execução dos serviços a qualquer tempo, podendo solicitar ajustes e correções. O recebimento definitivo da obra será efetuado após a conclusão e verificação do cumprimento das especificações contratuais.</w:t>
      </w:r>
    </w:p>
    <w:p/>
    <w:p>
      <w:r>
        <w:rPr>
          <w:b/>
          <w:sz w:val="22"/>
        </w:rPr>
        <w:t>CLÁUSULA 7ª – DAS ALTERAÇÕES E ACRÉSCIMOS</w:t>
      </w:r>
    </w:p>
    <w:p>
      <w:r>
        <w:rPr>
          <w:b w:val="0"/>
          <w:sz w:val="20"/>
        </w:rPr>
        <w:t>Quaisquer alterações, modificações ou acréscimos na obra somente poderão ser realizados mediante acordo escrito entre as partes, com definição clara do objeto, prazo e preço adicionais, se houver.</w:t>
      </w:r>
    </w:p>
    <w:p/>
    <w:p>
      <w:r>
        <w:rPr>
          <w:b/>
          <w:sz w:val="22"/>
        </w:rPr>
        <w:t>CLÁUSULA 8ª – DA RESCISÃO</w:t>
      </w:r>
    </w:p>
    <w:p>
      <w:r>
        <w:rPr>
          <w:b w:val="0"/>
          <w:sz w:val="20"/>
        </w:rPr>
        <w:t>O presente contrato poderá ser rescindido por qualquer das partes, mediante notificação por escrito, nas seguintes hipóteses:</w:t>
      </w:r>
    </w:p>
    <w:p>
      <w:r>
        <w:rPr>
          <w:b/>
          <w:sz w:val="20"/>
        </w:rPr>
        <w:t>a) Descumprimento de quaisquer cláusulas contratuais;</w:t>
      </w:r>
    </w:p>
    <w:p>
      <w:r>
        <w:rPr>
          <w:b/>
          <w:sz w:val="20"/>
        </w:rPr>
        <w:t>b) Caso fortuito ou força maior que impeça a execução da obra;</w:t>
      </w:r>
    </w:p>
    <w:p>
      <w:r>
        <w:rPr>
          <w:b w:val="0"/>
          <w:sz w:val="20"/>
        </w:rPr>
        <w:t>c) Por mútuo acordo entre as partes.</w:t>
      </w:r>
    </w:p>
    <w:p>
      <w:r>
        <w:rPr>
          <w:b w:val="0"/>
          <w:sz w:val="20"/>
        </w:rPr>
        <w:t>Na hipótese de rescisão, as partes deverão acertar as contas relativas aos serviços já executados e despesas incorridas.</w:t>
      </w:r>
    </w:p>
    <w:p/>
    <w:p>
      <w:r>
        <w:rPr>
          <w:b/>
          <w:sz w:val="22"/>
        </w:rPr>
        <w:t>CLÁUSULA 9ª – DA RESPONSABILIDADE</w:t>
      </w:r>
    </w:p>
    <w:p>
      <w:r>
        <w:rPr>
          <w:b w:val="0"/>
          <w:sz w:val="20"/>
        </w:rPr>
        <w:t>O CONTRATADO responderá pelos vícios ou defeitos da obra pelo prazo legal, obrigando-se a reparar ou substituir, sem ônus para o CONTRATANTE, tudo aquilo que for reconhecidamente de sua responsabilidade.</w:t>
      </w:r>
    </w:p>
    <w:p/>
    <w:p>
      <w:r>
        <w:rPr>
          <w:b/>
          <w:sz w:val="22"/>
        </w:rPr>
        <w:t>CLÁUSULA 10ª – DO FORO</w:t>
      </w:r>
    </w:p>
    <w:p>
      <w:r>
        <w:rPr>
          <w:b w:val="0"/>
          <w:sz w:val="20"/>
        </w:rPr>
        <w:t>Para dirimir quaisquer controvérsias oriundas deste contrato, as partes elegem o foro da comarca de ____________________, com renúncia expressa a qualquer outro, por mais privilegiado que seja.</w:t>
      </w:r>
    </w:p>
    <w:p/>
    <w:p/>
    <w:p>
      <w:r>
        <w:rPr>
          <w:b w:val="0"/>
          <w:sz w:val="20"/>
        </w:rPr>
        <w:t>E por estarem assim justas e contratadas, firmam o presente instrumento em duas vias de igual teor e forma, na presença das testemunhas abaixo.</w:t>
      </w:r>
    </w:p>
    <w:p/>
    <w:p/>
    <w:p/>
    <w:p/>
    <w:p>
      <w:pPr>
        <w:jc w:val="center"/>
      </w:pPr>
      <w:r>
        <w:rPr>
          <w:b/>
        </w:rPr>
        <w:t>_________________________________________</w:t>
      </w:r>
    </w:p>
    <w:p>
      <w:pPr>
        <w:jc w:val="center"/>
      </w:pPr>
      <w:r>
        <w:rPr>
          <w:b/>
        </w:rPr>
        <w:t>CONTRATANTE</w:t>
      </w:r>
    </w:p>
    <w:p/>
    <w:p/>
    <w:p>
      <w:pPr>
        <w:jc w:val="center"/>
      </w:pPr>
      <w:r>
        <w:rPr>
          <w:b/>
        </w:rPr>
        <w:t>_________________________________________</w:t>
      </w:r>
    </w:p>
    <w:p>
      <w:pPr>
        <w:jc w:val="center"/>
      </w:pPr>
      <w:r>
        <w:rPr>
          <w:b/>
        </w:rPr>
        <w:t>CONTRATADO</w:t>
      </w:r>
    </w:p>
    <w:p/>
    <w:p/>
    <w:p/>
    <w:p/>
    <w:p>
      <w:pPr>
        <w:jc w:val="left"/>
      </w:pPr>
      <w:r>
        <w:rPr>
          <w:b/>
        </w:rPr>
        <w:t>Testemunhas: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RG: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https://modelo-jus.com/contrato-de-empreitada/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to-de-empreitad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