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DE MARKETING DIGITAL</w:t>
      </w:r>
    </w:p>
    <w:p/>
    <w:p/>
    <w:p>
      <w:r>
        <w:rPr>
          <w:b w:val="0"/>
          <w:sz w:val="20"/>
        </w:rPr>
        <w:t>CONTRATANTE: 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_____________________________________________________________________</w:t>
      </w:r>
    </w:p>
    <w:p/>
    <w:p>
      <w:r>
        <w:rPr>
          <w:b w:val="0"/>
          <w:sz w:val="20"/>
        </w:rPr>
        <w:t>CONTRATADO: _________________________________________________________________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_____________________________________________________________________</w:t>
      </w:r>
    </w:p>
    <w:p/>
    <w:p/>
    <w:p>
      <w:r>
        <w:rPr>
          <w:b/>
          <w:sz w:val="22"/>
        </w:rPr>
        <w:t>CLÁUSULA 1ª - DO OBJETO</w:t>
      </w:r>
    </w:p>
    <w:p>
      <w:pPr>
        <w:ind w:firstLine="425"/>
      </w:pPr>
      <w:r>
        <w:rPr>
          <w:b w:val="0"/>
          <w:sz w:val="20"/>
        </w:rPr>
        <w:t>O presente contrato tem por objeto a prestação de serviços de marketing digital, incluindo, mas não se limitando a, planejamento, criação, gerenciamento, execução e monitoramento de campanhas publicitárias online, gestão de redes sociais, SEO, e demais atividades correlatas, conforme especificações acordadas entre as partes.</w:t>
      </w:r>
    </w:p>
    <w:p/>
    <w:p>
      <w:r>
        <w:rPr>
          <w:b/>
          <w:sz w:val="22"/>
        </w:rPr>
        <w:t>CLÁUSULA 2ª - DAS OBRIGAÇÕES DO CONTRATADO</w:t>
      </w:r>
    </w:p>
    <w:p>
      <w:pPr>
        <w:ind w:firstLine="425"/>
      </w:pPr>
      <w:r>
        <w:rPr>
          <w:b w:val="0"/>
          <w:sz w:val="20"/>
        </w:rPr>
        <w:t>2.1. Executar os serviços contratados com zelo, diligência e observância das melhores práticas do mercado.</w:t>
      </w:r>
    </w:p>
    <w:p>
      <w:pPr>
        <w:ind w:firstLine="425"/>
      </w:pPr>
      <w:r>
        <w:rPr>
          <w:b w:val="0"/>
          <w:sz w:val="20"/>
        </w:rPr>
        <w:t>2.2. Fornecer relatórios periódicos sobre o andamento e desempenho das campanhas e atividades executadas.</w:t>
      </w:r>
    </w:p>
    <w:p>
      <w:pPr>
        <w:ind w:firstLine="425"/>
      </w:pPr>
      <w:r>
        <w:rPr>
          <w:b w:val="0"/>
          <w:sz w:val="20"/>
        </w:rPr>
        <w:t>2.3. Manter sigilo absoluto sobre todas as informações e dados fornecidos pelo Contratante.</w:t>
      </w:r>
    </w:p>
    <w:p>
      <w:pPr>
        <w:ind w:firstLine="425"/>
      </w:pPr>
      <w:r>
        <w:rPr>
          <w:b w:val="0"/>
          <w:sz w:val="20"/>
        </w:rPr>
        <w:t>2.4. Respeitar a legislação aplicável, especialmente no que tange à publicidade, direitos autorais e proteção de dados.</w:t>
      </w:r>
    </w:p>
    <w:p/>
    <w:p>
      <w:r>
        <w:rPr>
          <w:b/>
          <w:sz w:val="22"/>
        </w:rPr>
        <w:t>CLÁUSULA 3ª - DAS OBRIGAÇÕES DO CONTRATANTE</w:t>
      </w:r>
    </w:p>
    <w:p>
      <w:pPr>
        <w:ind w:firstLine="425"/>
      </w:pPr>
      <w:r>
        <w:rPr>
          <w:b w:val="0"/>
          <w:sz w:val="20"/>
        </w:rPr>
        <w:t>3.1. Fornecer todas as informações, documentos e materiais necessários para a execução dos serviços.</w:t>
      </w:r>
    </w:p>
    <w:p>
      <w:pPr>
        <w:ind w:firstLine="425"/>
      </w:pPr>
      <w:r>
        <w:rPr>
          <w:b w:val="0"/>
          <w:sz w:val="20"/>
        </w:rPr>
        <w:t>3.2. Efetuar o pagamento nas condições e prazos estipulados neste contrato.</w:t>
      </w:r>
    </w:p>
    <w:p>
      <w:pPr>
        <w:ind w:firstLine="425"/>
      </w:pPr>
      <w:r>
        <w:rPr>
          <w:b w:val="0"/>
          <w:sz w:val="20"/>
        </w:rPr>
        <w:t>3.3. Cooperar com o Contratado para facilitar o desenvolvimento das atividades contratadas.</w:t>
      </w:r>
    </w:p>
    <w:p/>
    <w:p>
      <w:r>
        <w:rPr>
          <w:b/>
          <w:sz w:val="22"/>
        </w:rPr>
        <w:t>CLÁUSULA 4ª - DA REMUNERAÇÃO E FORMA DE PAGAMENTO</w:t>
      </w:r>
    </w:p>
    <w:p>
      <w:pPr>
        <w:ind w:firstLine="425"/>
      </w:pPr>
      <w:r>
        <w:rPr>
          <w:b w:val="0"/>
          <w:sz w:val="20"/>
        </w:rPr>
        <w:t>4.1. Pelos serviços prestados, o Contratante pagará ao Contratado a quantia de R$ ______________ (__________________________), conforme o plano e condições acordadas entre as partes.</w:t>
      </w:r>
    </w:p>
    <w:p>
      <w:pPr>
        <w:ind w:firstLine="425"/>
      </w:pPr>
      <w:r>
        <w:rPr>
          <w:b w:val="0"/>
          <w:sz w:val="20"/>
        </w:rPr>
        <w:t>4.2. O pagamento será realizado mediante ______________________________________________________.</w:t>
      </w:r>
    </w:p>
    <w:p>
      <w:pPr>
        <w:ind w:firstLine="425"/>
      </w:pPr>
      <w:r>
        <w:rPr>
          <w:b w:val="0"/>
          <w:sz w:val="20"/>
        </w:rPr>
        <w:t>4.3. Em caso de atraso no pagamento, incidirá multa de 2% (dois por cento) sobre o valor devido, mais juros de 1% (um por cento) ao mês, proporcional aos dias de atraso.</w:t>
      </w:r>
    </w:p>
    <w:p/>
    <w:p>
      <w:r>
        <w:rPr>
          <w:b/>
          <w:sz w:val="22"/>
        </w:rPr>
        <w:t>CLÁUSULA 5ª - DO PRAZO E RESCISÃO</w:t>
      </w:r>
    </w:p>
    <w:p>
      <w:pPr>
        <w:ind w:firstLine="425"/>
      </w:pPr>
      <w:r>
        <w:rPr>
          <w:b w:val="0"/>
          <w:sz w:val="20"/>
        </w:rPr>
        <w:t>5.1. O presente contrato terá início na data de sua assinatura e vigorará pelo prazo de ________________, podendo ser renovado mediante acordo entre as partes.</w:t>
      </w:r>
    </w:p>
    <w:p>
      <w:pPr>
        <w:ind w:firstLine="425"/>
      </w:pPr>
      <w:r>
        <w:rPr>
          <w:b w:val="0"/>
          <w:sz w:val="20"/>
        </w:rPr>
        <w:t>5.2. O contrato poderá ser rescindido por qualquer das partes mediante comunicação escrita com antecedência mínima de 30 (trinta) dias.</w:t>
      </w:r>
    </w:p>
    <w:p>
      <w:pPr>
        <w:ind w:firstLine="425"/>
      </w:pPr>
      <w:r>
        <w:rPr>
          <w:b w:val="0"/>
          <w:sz w:val="20"/>
        </w:rPr>
        <w:t>5.3. Em caso de rescisão antecipada, as partes deverão acertar os valores proporcionais aos serviços efetivamente prestados.</w:t>
      </w:r>
    </w:p>
    <w:p>
      <w:pPr>
        <w:ind w:firstLine="425"/>
      </w:pPr>
      <w:r>
        <w:rPr>
          <w:b w:val="0"/>
          <w:sz w:val="20"/>
        </w:rPr>
        <w:t>5.4. A rescisão por descumprimento das obrigações contratuais poderá ocorrer imediatamente, mediante notificação por escrito.</w:t>
      </w:r>
    </w:p>
    <w:p/>
    <w:p>
      <w:r>
        <w:rPr>
          <w:b/>
          <w:sz w:val="22"/>
        </w:rPr>
        <w:t>CLÁUSULA 6ª - DA PROPRIEDADE INTELECTUAL</w:t>
      </w:r>
    </w:p>
    <w:p>
      <w:pPr>
        <w:ind w:firstLine="425"/>
      </w:pPr>
      <w:r>
        <w:rPr>
          <w:b w:val="0"/>
          <w:sz w:val="20"/>
        </w:rPr>
        <w:t>6.1. Todo o material produzido pelo Contratado no âmbito deste contrato, incluindo textos, artes, códigos, campanhas e demais conteúdos, pertencerá ao Contratante após o pagamento integral dos valores contratados.</w:t>
      </w:r>
    </w:p>
    <w:p>
      <w:pPr>
        <w:ind w:firstLine="425"/>
      </w:pPr>
      <w:r>
        <w:rPr>
          <w:b w:val="0"/>
          <w:sz w:val="20"/>
        </w:rPr>
        <w:t>6.2. O Contratado declara que os materiais fornecidos não infringem direitos de terceiros e se responsabiliza por eventuais reclamações.</w:t>
      </w:r>
    </w:p>
    <w:p/>
    <w:p>
      <w:r>
        <w:rPr>
          <w:b/>
          <w:sz w:val="22"/>
        </w:rPr>
        <w:t>CLÁUSULA 7ª - DA CONFIDENCIALIDADE</w:t>
      </w:r>
    </w:p>
    <w:p>
      <w:pPr>
        <w:ind w:firstLine="425"/>
      </w:pPr>
      <w:r>
        <w:rPr>
          <w:b w:val="0"/>
          <w:sz w:val="20"/>
        </w:rPr>
        <w:t>7.1. As partes obrigam-se a manter sigilo sobre todas as informações confidenciais a que tiverem acesso em razão deste contrato.</w:t>
      </w:r>
    </w:p>
    <w:p>
      <w:pPr>
        <w:ind w:firstLine="425"/>
      </w:pPr>
      <w:r>
        <w:rPr>
          <w:b w:val="0"/>
          <w:sz w:val="20"/>
        </w:rPr>
        <w:t>7.2. Esta obrigação permanecerá vigente mesmo após o término do contrato por prazo indeterminado.</w:t>
      </w:r>
    </w:p>
    <w:p/>
    <w:p>
      <w:r>
        <w:rPr>
          <w:b/>
          <w:sz w:val="22"/>
        </w:rPr>
        <w:t>CLÁUSULA 8ª - DAS RESPONSABILIDADES E LIMITAÇÕES</w:t>
      </w:r>
    </w:p>
    <w:p>
      <w:pPr>
        <w:ind w:firstLine="425"/>
      </w:pPr>
      <w:r>
        <w:rPr>
          <w:b w:val="0"/>
          <w:sz w:val="20"/>
        </w:rPr>
        <w:t>8.1. O Contratado não se responsabiliza por resultados específicos das campanhas de marketing, não podendo garantir número mínimo de vendas, alcance ou retorno financeiro.</w:t>
      </w:r>
    </w:p>
    <w:p>
      <w:pPr>
        <w:ind w:firstLine="425"/>
      </w:pPr>
      <w:r>
        <w:rPr>
          <w:b w:val="0"/>
          <w:sz w:val="20"/>
        </w:rPr>
        <w:t>8.2. O Contratante é responsável pelo conteúdo e veracidade das informações fornecidas para os serviços.</w:t>
      </w:r>
    </w:p>
    <w:p/>
    <w:p>
      <w:r>
        <w:rPr>
          <w:b/>
          <w:sz w:val="22"/>
        </w:rPr>
        <w:t>CLÁUSULA 9ª - DO FORO</w:t>
      </w:r>
    </w:p>
    <w:p>
      <w:pPr>
        <w:ind w:firstLine="425"/>
      </w:pPr>
      <w:r>
        <w:rPr>
          <w:b w:val="0"/>
          <w:sz w:val="20"/>
        </w:rPr>
        <w:t>Fica eleito o foro da comarca de ______________________________ para dirimir quaisquer controvérsias oriundas deste contrato, com renúncia expressa a qualquer outro, por mais privilegiado que seja.</w:t>
      </w:r>
    </w:p>
    <w:p/>
    <w:p/>
    <w:p>
      <w:pPr>
        <w:jc w:val="center"/>
      </w:pPr>
      <w:r>
        <w:rPr>
          <w:b w:val="0"/>
          <w:sz w:val="20"/>
        </w:rPr>
        <w:t>E por estarem assim justas e contratadas, as partes assinam o presente instrumento em __ (__) vias de igual teor.</w:t>
      </w:r>
    </w:p>
    <w:p/>
    <w:p/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</w:t>
            </w:r>
          </w:p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CONTRATANTE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CONTRATADO</w:t>
            </w:r>
          </w:p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CPF/CNPJ: _____________________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CPF/CNPJ: 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https://modelo-jus.com/contrato-de-marketing-digital/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trato-de-marketing-digita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