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PESSOA JURÍDICA</w:t>
      </w:r>
    </w:p>
    <w:p/>
    <w:p/>
    <w:p>
      <w:r>
        <w:rPr>
          <w:b w:val="0"/>
          <w:sz w:val="22"/>
        </w:rPr>
        <w:t xml:space="preserve">Pelo presente instrumento particular de contrato de prestação de serviços, de um lado, </w:t>
      </w:r>
    </w:p>
    <w:p>
      <w:pPr>
        <w:ind w:firstLine="360"/>
      </w:pPr>
      <w:r>
        <w:rPr>
          <w:b w:val="0"/>
          <w:sz w:val="22"/>
        </w:rPr>
        <w:t>a CONTRATANTE: _______________________________________________________________, pessoa jurídica de direito privado, inscrita no CNPJ sob nº ______________________, com sede na _______________________________________________________________, neste ato representada por seu representante legal ________________________________, portador do CPF nº _____________________ e RG nº ____________________, doravante denominada simplesmente “CONTRATANTE”;</w:t>
      </w:r>
    </w:p>
    <w:p/>
    <w:p>
      <w:pPr>
        <w:ind w:firstLine="360"/>
      </w:pPr>
      <w:r>
        <w:rPr>
          <w:b w:val="0"/>
          <w:sz w:val="22"/>
        </w:rPr>
        <w:t>E, de outro lado, a CONTRATADA: _______________________________________________________________, pessoa jurídica de direito privado, inscrita no CNPJ sob nº ______________________, com sede na _______________________________________________________________, neste ato representada por seu representante legal ________________________________, portador do CPF nº _____________________ e RG nº ____________________, doravante denominada simplesmente “CONTRATADA”;</w:t>
      </w:r>
    </w:p>
    <w:p/>
    <w:p/>
    <w:p>
      <w:r>
        <w:rPr>
          <w:b/>
          <w:sz w:val="22"/>
        </w:rPr>
        <w:t>CLÁUSULA 1ª – DO OBJETO</w:t>
      </w:r>
    </w:p>
    <w:p>
      <w:pPr>
        <w:ind w:firstLine="360"/>
      </w:pPr>
      <w:r>
        <w:rPr>
          <w:b w:val="0"/>
          <w:sz w:val="22"/>
        </w:rPr>
        <w:t>1.1. O presente contrato tem por objeto a prestação, pela CONTRATADA à CONTRATANTE, dos serviços de _______________________________________________________________________________________, conforme especificações e condições estabelecidas neste instrumento.</w:t>
      </w:r>
    </w:p>
    <w:p/>
    <w:p>
      <w:r>
        <w:rPr>
          <w:b/>
          <w:sz w:val="22"/>
        </w:rPr>
        <w:t>CLÁUSULA 2ª – DO PRAZO</w:t>
      </w:r>
    </w:p>
    <w:p>
      <w:pPr>
        <w:ind w:firstLine="360"/>
      </w:pPr>
      <w:r>
        <w:rPr>
          <w:b w:val="0"/>
          <w:sz w:val="22"/>
        </w:rPr>
        <w:t>2.1. O presente contrato terá início na data de sua assinatura e vigorará pelo prazo de ________________ (________) meses, podendo ser prorrogado por meio de aditivo contratual entre as partes.</w:t>
      </w:r>
    </w:p>
    <w:p/>
    <w:p>
      <w:r>
        <w:rPr>
          <w:b/>
          <w:sz w:val="22"/>
        </w:rPr>
        <w:t>CLÁUSULA 3ª – DA REMUNERAÇÃO E FORMA DE PAGAMENTO</w:t>
      </w:r>
    </w:p>
    <w:p>
      <w:pPr>
        <w:ind w:firstLine="360"/>
      </w:pPr>
      <w:r>
        <w:rPr>
          <w:b w:val="0"/>
          <w:sz w:val="22"/>
        </w:rPr>
        <w:t>3.1. Pela prestação dos serviços objeto deste contrato, a CONTRATANTE pagará à CONTRATADA o valor mensal de R$ ____________________________ (________________________________________________ reais), que será pago até o dia ______________ de cada mês, mediante apresentação de nota fiscal/fatura correspondente.</w:t>
      </w:r>
    </w:p>
    <w:p>
      <w:pPr>
        <w:ind w:firstLine="360"/>
      </w:pPr>
      <w:r>
        <w:rPr>
          <w:b w:val="0"/>
          <w:sz w:val="22"/>
        </w:rPr>
        <w:t>3.2. O pagamento será efetuado via transferência bancária para a conta corrente da CONTRATADA, cujos dados são: Banco: ____________, Agência: ____________, Conta Corrente: ______________________.</w:t>
      </w:r>
    </w:p>
    <w:p/>
    <w:p>
      <w:r>
        <w:rPr>
          <w:b/>
          <w:sz w:val="22"/>
        </w:rPr>
        <w:t>CLÁUSULA 4ª – DAS OBRIGAÇÕES DA CONTRATADA</w:t>
      </w:r>
    </w:p>
    <w:p>
      <w:pPr>
        <w:ind w:firstLine="360"/>
      </w:pPr>
      <w:r>
        <w:rPr>
          <w:b w:val="0"/>
          <w:sz w:val="22"/>
        </w:rPr>
        <w:t>4.1. Executar os serviços contratados com zelo, diligência e observância das normas técnicas e legais aplicáveis.</w:t>
      </w:r>
    </w:p>
    <w:p>
      <w:pPr>
        <w:ind w:firstLine="360"/>
      </w:pPr>
      <w:r>
        <w:rPr>
          <w:b w:val="0"/>
          <w:sz w:val="22"/>
        </w:rPr>
        <w:t>4.2. Fornecer todos os materiais, equipamentos e mão-de-obra necessários à perfeita execução dos serviços, salvo disposição em contrário.</w:t>
      </w:r>
    </w:p>
    <w:p>
      <w:pPr>
        <w:ind w:firstLine="360"/>
      </w:pPr>
      <w:r>
        <w:rPr>
          <w:b w:val="0"/>
          <w:sz w:val="22"/>
        </w:rPr>
        <w:t>4.3. Responsabilizar-se pelo cumprimento das obrigações trabalhistas, previdenciárias, fiscais e tributárias relativas aos seus empregados e prestadores de serviço envolvidos na execução deste contrato.</w:t>
      </w:r>
    </w:p>
    <w:p>
      <w:pPr>
        <w:ind w:firstLine="360"/>
      </w:pPr>
      <w:r>
        <w:rPr>
          <w:b w:val="0"/>
          <w:sz w:val="22"/>
        </w:rPr>
        <w:t>4.4. Manter sigilo absoluto sobre informações confidenciais a que tiver acesso em razão deste contrato.</w:t>
      </w:r>
    </w:p>
    <w:p/>
    <w:p>
      <w:r>
        <w:rPr>
          <w:b/>
          <w:sz w:val="22"/>
        </w:rPr>
        <w:t>CLÁUSULA 5ª – DAS OBRIGAÇÕES DA CONTRATANTE</w:t>
      </w:r>
    </w:p>
    <w:p>
      <w:pPr>
        <w:ind w:firstLine="360"/>
      </w:pPr>
      <w:r>
        <w:rPr>
          <w:b w:val="0"/>
          <w:sz w:val="22"/>
        </w:rPr>
        <w:t>5.1. Fornecer à CONTRATADA todas as informações, documentos e condições necessárias para a execução adequada dos serviços.</w:t>
      </w:r>
    </w:p>
    <w:p>
      <w:pPr>
        <w:ind w:firstLine="360"/>
      </w:pPr>
      <w:r>
        <w:rPr>
          <w:b w:val="0"/>
          <w:sz w:val="22"/>
        </w:rPr>
        <w:t>5.2. Efetuar o pagamento na forma e prazos estipulados neste contrato.</w:t>
      </w:r>
    </w:p>
    <w:p>
      <w:pPr>
        <w:ind w:firstLine="360"/>
      </w:pPr>
      <w:r>
        <w:rPr>
          <w:b w:val="0"/>
          <w:sz w:val="22"/>
        </w:rPr>
        <w:t>5.3. Comunicar à CONTRATADA quaisquer irregularidades ou problemas relacionados à execução dos serviços.</w:t>
      </w:r>
    </w:p>
    <w:p/>
    <w:p>
      <w:r>
        <w:rPr>
          <w:b/>
          <w:sz w:val="22"/>
        </w:rPr>
        <w:t>CLÁUSULA 6ª – DAS RESPONSABILIDADES</w:t>
      </w:r>
    </w:p>
    <w:p>
      <w:pPr>
        <w:ind w:firstLine="360"/>
      </w:pPr>
      <w:r>
        <w:rPr>
          <w:b w:val="0"/>
          <w:sz w:val="22"/>
        </w:rPr>
        <w:t>6.1. A CONTRATADA é exclusivamente responsável pelos encargos trabalhistas, previdenciários, fiscais e tributários decorrentes da execução dos serviços objeto deste contrato, não se configurando vínculo empregatício com a CONTRATANTE.</w:t>
      </w:r>
    </w:p>
    <w:p>
      <w:pPr>
        <w:ind w:firstLine="360"/>
      </w:pPr>
      <w:r>
        <w:rPr>
          <w:b w:val="0"/>
          <w:sz w:val="22"/>
        </w:rPr>
        <w:t>6.2. A CONTRATANTE não será responsável por qualquer obrigação decorrente da relação entre a CONTRATADA e seus empregados, prepostos ou subcontratados.</w:t>
      </w:r>
    </w:p>
    <w:p/>
    <w:p>
      <w:r>
        <w:rPr>
          <w:b/>
          <w:sz w:val="22"/>
        </w:rPr>
        <w:t>CLÁUSULA 7ª – DA RESCISÃO</w:t>
      </w:r>
    </w:p>
    <w:p>
      <w:pPr>
        <w:ind w:firstLine="360"/>
      </w:pPr>
      <w:r>
        <w:rPr>
          <w:b w:val="0"/>
          <w:sz w:val="22"/>
        </w:rPr>
        <w:t>7.1. O presente contrato poderá ser rescindido por qualquer das partes, mediante comunicação prévia e por escrito com antecedência mínima de 30 (trinta) dias.</w:t>
      </w:r>
    </w:p>
    <w:p>
      <w:pPr>
        <w:ind w:firstLine="360"/>
      </w:pPr>
      <w:r>
        <w:rPr>
          <w:b w:val="0"/>
          <w:sz w:val="22"/>
        </w:rPr>
        <w:t>7.2. Em caso de descumprimento de quaisquer cláusulas contratuais, a parte prejudicada poderá rescindir o contrato imediatamente, sem prejuízo das penalidades cabíveis.</w:t>
      </w:r>
    </w:p>
    <w:p>
      <w:pPr>
        <w:ind w:firstLine="360"/>
      </w:pPr>
      <w:r>
        <w:rPr>
          <w:b w:val="0"/>
          <w:sz w:val="22"/>
        </w:rPr>
        <w:t>7.3. A rescisão não prejudicará o pagamento dos serviços já prestados e não quitados até a data da efetiva rescisão.</w:t>
      </w:r>
    </w:p>
    <w:p/>
    <w:p>
      <w:r>
        <w:rPr>
          <w:b/>
          <w:sz w:val="22"/>
        </w:rPr>
        <w:t>CLÁUSULA 8ª – DA CONFIDENCIALIDADE</w:t>
      </w:r>
    </w:p>
    <w:p>
      <w:pPr>
        <w:ind w:firstLine="360"/>
      </w:pPr>
      <w:r>
        <w:rPr>
          <w:b w:val="0"/>
          <w:sz w:val="22"/>
        </w:rPr>
        <w:t>8.1. As partes comprometem-se a manter sigilo absoluto sobre quaisquer informações, dados, documentos e materiais que venham a ter acesso em decorrência deste contrato, não podendo divulgá-los a terceiros sem autorização prévia e por escrito da outra parte, salvo por força de lei ou ordem judicial.</w:t>
      </w:r>
    </w:p>
    <w:p/>
    <w:p>
      <w:r>
        <w:rPr>
          <w:b/>
          <w:sz w:val="22"/>
        </w:rPr>
        <w:t>CLÁUSULA 9ª – DA PROPRIEDADE INTELECTUAL</w:t>
      </w:r>
    </w:p>
    <w:p>
      <w:pPr>
        <w:ind w:firstLine="360"/>
      </w:pPr>
      <w:r>
        <w:rPr>
          <w:b w:val="0"/>
          <w:sz w:val="22"/>
        </w:rPr>
        <w:t>9.1. Todo material intelectual criado ou desenvolvido pela CONTRATADA durante a execução dos serviços será de propriedade exclusiva da CONTRATANTE, salvo disposição diversa acordada entre as partes.</w:t>
      </w:r>
    </w:p>
    <w:p/>
    <w:p>
      <w:r>
        <w:rPr>
          <w:b/>
          <w:sz w:val="22"/>
        </w:rPr>
        <w:t>CLÁUSULA 10ª – DO FORO</w:t>
      </w:r>
    </w:p>
    <w:p>
      <w:pPr>
        <w:ind w:firstLine="360"/>
      </w:pPr>
      <w:r>
        <w:rPr>
          <w:b w:val="0"/>
          <w:sz w:val="22"/>
        </w:rPr>
        <w:t>10.1. Para dirimir quaisquer controvérsias oriundas deste contrato, as partes elegem o foro da comarca de ____________________, Estado de ________________, renunciando a qualquer outro, por mais privilegiado que seja.</w:t>
      </w:r>
    </w:p>
    <w:p/>
    <w:p/>
    <w:p>
      <w:r>
        <w:rPr>
          <w:b w:val="0"/>
          <w:sz w:val="22"/>
        </w:rPr>
        <w:t>E, por estarem assim justas e contratadas, firmam o presente contrato em 2 (duas) vias de igual teor e forma, na presença das testemunhas abaixo.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CONTRATANTE</w:t>
            </w:r>
          </w:p>
        </w:tc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CONTRATADA</w:t>
            </w:r>
          </w:p>
        </w:tc>
      </w:tr>
      <w:tr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Nome: ______________________________________</w:t>
            </w:r>
          </w:p>
        </w:tc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Nome: ______________________________________</w:t>
            </w:r>
          </w:p>
        </w:tc>
      </w:tr>
      <w:tr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CPF/CNPJ: ___________________________________</w:t>
            </w:r>
          </w:p>
        </w:tc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CPF/CNPJ: ___________________________________</w:t>
            </w:r>
          </w:p>
        </w:tc>
      </w:tr>
      <w:tr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Assinatura: _________________________________</w:t>
            </w:r>
          </w:p>
        </w:tc>
        <w:tc>
          <w:tcPr>
            <w:tcW w:type="dxa" w:w="396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Assinatura: _________________________________</w:t>
            </w:r>
          </w:p>
        </w:tc>
      </w:tr>
    </w:tbl>
    <w:p/>
    <w:p/>
    <w:p>
      <w:pPr>
        <w:ind w:firstLine="360"/>
      </w:pPr>
      <w:r>
        <w:rPr>
          <w:b/>
          <w:sz w:val="22"/>
        </w:rPr>
        <w:t>Testemunhas: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Nome: 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Nome: 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CPF: 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2"/>
              </w:rPr>
              <w:t>CPF: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https://modelo-jus.com/contrato-pj/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pj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