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ESTÁGIO</w:t>
      </w:r>
    </w:p>
    <w:p/>
    <w:p/>
    <w:p>
      <w:r>
        <w:rPr>
          <w:b w:val="0"/>
          <w:sz w:val="22"/>
        </w:rPr>
        <w:t>A empresa ____________________________________________________________, inscrita no CNPJ sob nº ____________________________, com sede na ________________________________________________________________, por seu representante legal ________________________________________________________, portador(a) do CPF nº ____________________ e RG nº ___________________, declara para os devidos fins que o(a) estudante abaixo qualificado(a) está realizando estágio em sua empresa, em conformidade com a Lei nº 11.788/2008, que dispõe sobre o estágio de estudantes.</w:t>
      </w:r>
    </w:p>
    <w:p/>
    <w:p>
      <w:r>
        <w:rPr>
          <w:b/>
          <w:sz w:val="22"/>
        </w:rPr>
        <w:t>DADOS DO ESTAGIÁRIO: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Curso: ________________________________________________________________</w:t>
      </w:r>
    </w:p>
    <w:p>
      <w:r>
        <w:rPr>
          <w:b w:val="0"/>
          <w:sz w:val="22"/>
        </w:rPr>
        <w:t>Instituição de Ensino: __________________________________________________</w:t>
      </w:r>
    </w:p>
    <w:p>
      <w:r>
        <w:rPr>
          <w:b w:val="0"/>
          <w:sz w:val="22"/>
        </w:rPr>
        <w:t>Matrícula: _____________________________________________________________</w:t>
      </w:r>
    </w:p>
    <w:p>
      <w:r>
        <w:rPr>
          <w:b w:val="0"/>
          <w:sz w:val="22"/>
        </w:rPr>
        <w:t>Período/Semestre: ______________________________________________________</w:t>
      </w:r>
    </w:p>
    <w:p>
      <w:r>
        <w:rPr>
          <w:b w:val="0"/>
          <w:sz w:val="22"/>
        </w:rPr>
        <w:t>Turno: ________________________________________________________________</w:t>
      </w:r>
    </w:p>
    <w:p>
      <w:r>
        <w:rPr>
          <w:b w:val="0"/>
          <w:sz w:val="22"/>
        </w:rPr>
        <w:t>Carga Horária Semanal: ______________ horas</w:t>
      </w:r>
    </w:p>
    <w:p/>
    <w:p>
      <w:r>
        <w:rPr>
          <w:b w:val="0"/>
          <w:sz w:val="22"/>
        </w:rPr>
        <w:t>O estágio está sendo realizado na área de ________________________________, com atividades supervisionadas e compatíveis com a formação acadêmica do(a) estudante, conforme plano de atividades previamente acordado entre a empresa e a instituição de ensino.</w:t>
      </w:r>
    </w:p>
    <w:p/>
    <w:p>
      <w:r>
        <w:rPr>
          <w:b w:val="0"/>
          <w:sz w:val="22"/>
        </w:rPr>
        <w:t>O presente estágio tem início em ____/____/_____ e término em ____/____/_____, com duração máxima prevista de __________ meses, respeitando os limites estabelecidos em lei.</w:t>
      </w:r>
    </w:p>
    <w:p/>
    <w:p>
      <w:r>
        <w:rPr>
          <w:b w:val="0"/>
          <w:sz w:val="22"/>
        </w:rPr>
        <w:t>Declara-se, ainda, que o estágio não gera vínculo empregatício de qualquer natureza, conforme previsto na legislação vigente, e que o(a) estagiário(a) recebe bolsa-auxílio no valor de R$ _______________ (_________________________), além do auxílio-transporte conforme previsto em contrato.</w:t>
      </w:r>
    </w:p>
    <w:p/>
    <w:p>
      <w:r>
        <w:rPr>
          <w:b w:val="0"/>
          <w:sz w:val="22"/>
        </w:rPr>
        <w:t>Por ser verdade, firmamos a presente declaração para que produza seus efeitos legais.</w:t>
      </w:r>
    </w:p>
    <w:p/>
    <w:p>
      <w:r>
        <w:rPr>
          <w:b w:val="0"/>
          <w:sz w:val="22"/>
        </w:rPr>
        <w:t>_________________________________________________________</w:t>
      </w:r>
    </w:p>
    <w:p>
      <w:r>
        <w:rPr>
          <w:b w:val="0"/>
          <w:sz w:val="22"/>
        </w:rPr>
        <w:t>Local e data: ____________________________, ________________</w:t>
      </w:r>
    </w:p>
    <w:p/>
    <w:p>
      <w:r>
        <w:rPr>
          <w:b w:val="0"/>
          <w:sz w:val="22"/>
        </w:rPr>
        <w:t>_________________________________________________________</w:t>
      </w:r>
    </w:p>
    <w:p>
      <w:r>
        <w:rPr>
          <w:b w:val="0"/>
          <w:sz w:val="22"/>
        </w:rPr>
        <w:t>Assinatura do representante legal da empresa</w:t>
      </w:r>
    </w:p>
    <w:p/>
    <w:p>
      <w:r>
        <w:rPr>
          <w:b w:val="0"/>
          <w:sz w:val="22"/>
        </w:rPr>
        <w:t>_________________________________________________________</w:t>
      </w:r>
    </w:p>
    <w:p>
      <w:r>
        <w:rPr>
          <w:b w:val="0"/>
          <w:sz w:val="22"/>
        </w:rPr>
        <w:t>Nome completo e cargo</w:t>
      </w:r>
    </w:p>
    <w:p/>
    <w:p>
      <w:r>
        <w:rPr>
          <w:b w:val="0"/>
          <w:sz w:val="22"/>
        </w:rPr>
        <w:t>_________________________________________________________</w:t>
      </w:r>
    </w:p>
    <w:p>
      <w:r>
        <w:rPr>
          <w:b w:val="0"/>
          <w:sz w:val="22"/>
        </w:rPr>
        <w:t>Carimbo da empresa</w:t>
      </w:r>
    </w:p>
    <w:p/>
    <w:p>
      <w:r>
        <w:rPr>
          <w:b w:val="0"/>
          <w:sz w:val="22"/>
        </w:rPr>
        <w:t>_________________________________________________________</w:t>
      </w:r>
    </w:p>
    <w:p>
      <w:r>
        <w:rPr>
          <w:b w:val="0"/>
          <w:sz w:val="22"/>
        </w:rPr>
        <w:t>Assinatura do(a) estagiário(a)</w:t>
      </w:r>
    </w:p>
    <w:p/>
    <w:p>
      <w:r>
        <w:rPr>
          <w:b w:val="0"/>
          <w:sz w:val="22"/>
        </w:rPr>
        <w:t>_________________________________________________________</w:t>
      </w:r>
    </w:p>
    <w:p>
      <w:r>
        <w:rPr>
          <w:b w:val="0"/>
          <w:sz w:val="22"/>
        </w:rPr>
        <w:t>Nome completo do(a) estagiário(a)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https://modelo-jus.com/declaracao-de-estagio/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declaracao-de-estagi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