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RENDIMENTOS - AUTÔNOMO</w:t>
      </w:r>
    </w:p>
    <w:p/>
    <w:p/>
    <w:p>
      <w:r>
        <w:rPr>
          <w:b w:val="0"/>
          <w:sz w:val="22"/>
        </w:rPr>
        <w:t>Eu, _____________________________________________, portador(a) do CPF nº ______________________, residente e domiciliado(a) à ____________________________________________, declaro, para os devidos fins junto à Receita Federal do Brasil e demais órgãos competentes, que no período correspondente ao último exercício fiscal percebi rendimentos provenientes de atividade autônoma, conforme discriminado a seguir.</w:t>
      </w:r>
    </w:p>
    <w:p/>
    <w:p>
      <w:r>
        <w:rPr>
          <w:b/>
          <w:sz w:val="22"/>
        </w:rPr>
        <w:t>DADOS PESSOAIS</w:t>
      </w:r>
    </w:p>
    <w:p/>
    <w:p>
      <w:r>
        <w:rPr>
          <w:b w:val="0"/>
          <w:sz w:val="22"/>
        </w:rPr>
        <w:t>Nome completo: 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_________________________________________________________________________</w:t>
      </w:r>
    </w:p>
    <w:p>
      <w:r>
        <w:rPr>
          <w:b w:val="0"/>
          <w:sz w:val="22"/>
        </w:rPr>
        <w:t>RG / Documento de Identidade: 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______________________________________________________________________</w:t>
      </w:r>
    </w:p>
    <w:p/>
    <w:p>
      <w:r>
        <w:rPr>
          <w:b/>
          <w:sz w:val="22"/>
        </w:rPr>
        <w:t>DESCRIÇÃO DA ATIVIDADE AUTÔNOMA</w:t>
      </w:r>
    </w:p>
    <w:p/>
    <w:p>
      <w:r>
        <w:rPr>
          <w:b w:val="0"/>
          <w:sz w:val="22"/>
        </w:rPr>
        <w:t>Atividade exercida: ____________________________________________________________</w:t>
      </w:r>
    </w:p>
    <w:p>
      <w:r>
        <w:rPr>
          <w:b w:val="0"/>
          <w:sz w:val="22"/>
        </w:rPr>
        <w:t>Local onde a atividade é exercida: ______________________________________________</w:t>
      </w:r>
    </w:p>
    <w:p>
      <w:r>
        <w:rPr>
          <w:b w:val="0"/>
          <w:sz w:val="22"/>
        </w:rPr>
        <w:t>Período de exercício da atividade: ______________________________________________</w:t>
      </w:r>
    </w:p>
    <w:p>
      <w:r>
        <w:rPr>
          <w:b w:val="0"/>
          <w:sz w:val="22"/>
        </w:rPr>
        <w:t>Descrição detalhada das atividades realizadas: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RENDIMENTOS AUFERIDOS</w:t>
      </w:r>
    </w:p>
    <w:p/>
    <w:p>
      <w:r>
        <w:rPr>
          <w:b w:val="0"/>
          <w:sz w:val="22"/>
        </w:rPr>
        <w:t>Informo que os rendimentos brutos auferidos pela atividade autônoma no período foram os seguintes:</w:t>
      </w:r>
    </w:p>
    <w:p>
      <w:r>
        <w:rPr>
          <w:b w:val="0"/>
          <w:sz w:val="22"/>
        </w:rPr>
        <w:t>Valor total recebido (em reais): R$ _____________________________________________</w:t>
      </w:r>
    </w:p>
    <w:p>
      <w:r>
        <w:rPr>
          <w:b w:val="0"/>
          <w:sz w:val="22"/>
        </w:rPr>
        <w:t>Forma de recebimento (ex: dinheiro, transferência bancária, cheque): ________________</w:t>
      </w:r>
    </w:p>
    <w:p>
      <w:r>
        <w:rPr>
          <w:b w:val="0"/>
          <w:sz w:val="22"/>
        </w:rPr>
        <w:t>Frequência dos recebimentos: ___________________________________________________</w:t>
      </w:r>
    </w:p>
    <w:p>
      <w:r>
        <w:rPr>
          <w:b w:val="0"/>
          <w:sz w:val="22"/>
        </w:rPr>
        <w:t>Despesas relacionadas à atividade (materiais, transporte, impostos, etc.): R$ _______</w:t>
      </w:r>
    </w:p>
    <w:p>
      <w:r>
        <w:rPr>
          <w:b w:val="0"/>
          <w:sz w:val="22"/>
        </w:rPr>
        <w:t>Valor líquido estimado (receita menos despesas): R$ _______________________________</w:t>
      </w:r>
    </w:p>
    <w:p/>
    <w:p>
      <w:r>
        <w:rPr>
          <w:b/>
          <w:sz w:val="22"/>
        </w:rPr>
        <w:t>INFORMAÇÕES SOBRE RECOLHIMENTO DE IMPOSTOS</w:t>
      </w:r>
    </w:p>
    <w:p/>
    <w:p>
      <w:r>
        <w:rPr>
          <w:b w:val="0"/>
          <w:sz w:val="22"/>
        </w:rPr>
        <w:t>Declaro que os impostos relativos à atividade autônoma foram recolhidos da seguinte forma:</w:t>
      </w:r>
    </w:p>
    <w:p>
      <w:r>
        <w:rPr>
          <w:b w:val="0"/>
          <w:sz w:val="22"/>
        </w:rPr>
        <w:t>Imposto de Renda Pessoa Física (IRPF): _________________________________________</w:t>
      </w:r>
    </w:p>
    <w:p>
      <w:r>
        <w:rPr>
          <w:b w:val="0"/>
          <w:sz w:val="22"/>
        </w:rPr>
        <w:t>Contribuição ao INSS como contribuinte individual: _____________________________</w:t>
      </w:r>
    </w:p>
    <w:p>
      <w:r>
        <w:rPr>
          <w:b w:val="0"/>
          <w:sz w:val="22"/>
        </w:rPr>
        <w:t>Outros tributos (especificar): 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DECLARAÇÃO DE VERACIDADE</w:t>
      </w:r>
    </w:p>
    <w:p/>
    <w:p>
      <w:r>
        <w:rPr>
          <w:b w:val="0"/>
          <w:sz w:val="22"/>
        </w:rPr>
        <w:t>Declaro, sob as penas da lei, que as informações prestadas nesta declaração são verdadeiras, completas e exatas, estando ciente das responsabilidades legais em caso de falsidade ou omissão.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Assinatura do Declarante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Nome completo (digitado ou impresso)</w:t>
      </w:r>
    </w:p>
    <w:p/>
    <w:p>
      <w:r>
        <w:rPr>
          <w:b w:val="0"/>
          <w:sz w:val="22"/>
        </w:rPr>
        <w:t>Reconhecimento de firma (cartório): ____________________________________________</w:t>
      </w:r>
    </w:p>
    <w:p/>
    <w:p>
      <w:r>
        <w:rPr>
          <w:b/>
          <w:sz w:val="22"/>
        </w:rPr>
        <w:t>Observações: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https://modelo-jus.com/declaracao-de-renda-autonomo/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declaracao-de-renda-autonom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