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DISTRATO DE COMPRA E VENDA DE IMÓVEL</w:t>
      </w:r>
    </w:p>
    <w:p/>
    <w:p/>
    <w:p>
      <w:pPr>
        <w:jc w:val="both"/>
      </w:pPr>
      <w:r>
        <w:rPr>
          <w:b w:val="0"/>
          <w:sz w:val="20"/>
        </w:rPr>
        <w:t>VENDEDOR: ________________________________________________________________, brasileiro(a), estado civil ________________, profissão ________________________, portador(a) da Cédula de Identidade RG nº ________________, inscrito(a) no CPF/MF sob nº ________________, residente e domiciliado(a) à ________________________________________________________________.</w:t>
      </w:r>
    </w:p>
    <w:p/>
    <w:p>
      <w:pPr>
        <w:jc w:val="both"/>
      </w:pPr>
      <w:r>
        <w:rPr>
          <w:b w:val="0"/>
          <w:sz w:val="20"/>
        </w:rPr>
        <w:t>COMPRADOR: _______________________________________________________________, brasileiro(a), estado civil ________________, profissão ________________________, portador(a) da Cédula de Identidade RG nº ________________, inscrito(a) no CPF/MF sob nº ________________, residente e domiciliado(a) à ________________________________________________________________.</w:t>
      </w:r>
    </w:p>
    <w:p/>
    <w:p>
      <w:pPr>
        <w:jc w:val="both"/>
      </w:pPr>
      <w:r>
        <w:rPr>
          <w:b w:val="0"/>
          <w:sz w:val="20"/>
        </w:rPr>
        <w:t>As partes acima identificadas, doravante denominadas, respectivamente, VENDEDOR e COMPRADOR, têm entre si justo e contratado o presente DISTRATO DE COMPRA E VENDA DE IMÓVEL, que se regerá pelas cláusulas e condições seguintes.</w:t>
      </w:r>
    </w:p>
    <w:p/>
    <w:p/>
    <w:p>
      <w:pPr>
        <w:jc w:val="left"/>
      </w:pPr>
      <w:r>
        <w:rPr>
          <w:b/>
          <w:sz w:val="22"/>
        </w:rPr>
        <w:t>CLÁUSULA PRIMEIRA – DO OBJETO</w:t>
      </w:r>
    </w:p>
    <w:p/>
    <w:p>
      <w:pPr>
        <w:jc w:val="both"/>
      </w:pPr>
      <w:r>
        <w:rPr>
          <w:b w:val="0"/>
          <w:sz w:val="20"/>
        </w:rPr>
        <w:t>O presente distrato tem por objeto a rescisão do Contrato Particular de Compra e Venda do imóvel localizado à _________________________________________________________, registrado sob matrícula nº ________________ no ________________ Cartório de Registro de Imóveis, celebrado entre as partes em ________________.</w:t>
      </w:r>
    </w:p>
    <w:p/>
    <w:p>
      <w:pPr>
        <w:jc w:val="left"/>
      </w:pPr>
      <w:r>
        <w:rPr>
          <w:b/>
          <w:sz w:val="22"/>
        </w:rPr>
        <w:t>CLÁUSULA SEGUNDA – DAS OBRIGAÇÕES DAS PARTES</w:t>
      </w:r>
    </w:p>
    <w:p/>
    <w:p>
      <w:pPr>
        <w:jc w:val="both"/>
      </w:pPr>
      <w:r>
        <w:rPr>
          <w:b w:val="0"/>
          <w:sz w:val="20"/>
        </w:rPr>
      </w:r>
    </w:p>
    <w:p/>
    <w:p>
      <w:pPr>
        <w:jc w:val="left"/>
      </w:pPr>
      <w:r>
        <w:rPr>
          <w:b/>
          <w:sz w:val="22"/>
        </w:rPr>
        <w:t>2.1 – DO VENDEDOR</w:t>
      </w:r>
    </w:p>
    <w:p/>
    <w:p>
      <w:pPr>
        <w:jc w:val="both"/>
      </w:pPr>
      <w:r>
        <w:rPr>
          <w:b w:val="0"/>
          <w:sz w:val="20"/>
        </w:rPr>
        <w:t>O VENDEDOR obriga-se a devolver ao COMPRADOR o valor total recebido, conforme previsto neste instrumento, e a praticar todos os atos necessários para a efetiva rescisão contratual.</w:t>
      </w:r>
    </w:p>
    <w:p/>
    <w:p>
      <w:pPr>
        <w:jc w:val="left"/>
      </w:pPr>
      <w:r>
        <w:rPr>
          <w:b/>
          <w:sz w:val="22"/>
        </w:rPr>
        <w:t>2.2 – DO COMPRADOR</w:t>
      </w:r>
    </w:p>
    <w:p/>
    <w:p>
      <w:pPr>
        <w:jc w:val="both"/>
      </w:pPr>
      <w:r>
        <w:rPr>
          <w:b w:val="0"/>
          <w:sz w:val="20"/>
        </w:rPr>
        <w:t>O COMPRADOR obriga-se a restituir o imóvel ao VENDEDOR em perfeito estado de conservação, livre e desembaraçado de qualquer ônus, bem como a cumprir as condições financeiras previstas neste distrato.</w:t>
      </w:r>
    </w:p>
    <w:p/>
    <w:p>
      <w:pPr>
        <w:jc w:val="left"/>
      </w:pPr>
      <w:r>
        <w:rPr>
          <w:b/>
          <w:sz w:val="22"/>
        </w:rPr>
        <w:t>CLÁUSULA TERCEIRA – DA DEVOLUÇÃO DOS VALORES</w:t>
      </w:r>
    </w:p>
    <w:p/>
    <w:p>
      <w:pPr>
        <w:jc w:val="both"/>
      </w:pPr>
      <w:r>
        <w:rPr>
          <w:b w:val="0"/>
          <w:sz w:val="20"/>
        </w:rPr>
        <w:t>O VENDEDOR devolverá ao COMPRADOR a quantia total de R$ _________________________ (______________________________________________), referente aos valores pagos até a presente data, deduzidos os custos e despesas previstas no contrato original, especialmente as multas e taxas administrativas.</w:t>
      </w:r>
    </w:p>
    <w:p/>
    <w:p>
      <w:pPr>
        <w:jc w:val="left"/>
      </w:pPr>
      <w:r>
        <w:rPr>
          <w:b/>
          <w:sz w:val="22"/>
        </w:rPr>
        <w:t>CLÁUSULA QUARTA – DAS MULTAS E PENALIDADES</w:t>
      </w:r>
    </w:p>
    <w:p/>
    <w:p>
      <w:pPr>
        <w:jc w:val="both"/>
      </w:pPr>
      <w:r>
        <w:rPr>
          <w:b w:val="0"/>
          <w:sz w:val="20"/>
        </w:rPr>
        <w:t>As partes acordam que será aplicada multa de ______________% sobre os valores pagos, a título de penalidade pela rescisão antecipada, conforme disposto no contrato original.</w:t>
      </w:r>
    </w:p>
    <w:p/>
    <w:p>
      <w:pPr>
        <w:jc w:val="left"/>
      </w:pPr>
      <w:r>
        <w:rPr>
          <w:b/>
          <w:sz w:val="22"/>
        </w:rPr>
        <w:t>CLÁUSULA QUINTA – DA ENTREGA DO IMÓVEL</w:t>
      </w:r>
    </w:p>
    <w:p/>
    <w:p>
      <w:pPr>
        <w:jc w:val="both"/>
      </w:pPr>
      <w:r>
        <w:rPr>
          <w:b w:val="0"/>
          <w:sz w:val="20"/>
        </w:rPr>
        <w:t>O COMPRADOR compromete-se a entregar o imóvel livre de pessoas e bens, com as chaves e documentos relacionados, no prazo máximo de ______________ dias a contar da assinatura deste distrato.</w:t>
      </w:r>
    </w:p>
    <w:p/>
    <w:p>
      <w:pPr>
        <w:jc w:val="left"/>
      </w:pPr>
      <w:r>
        <w:rPr>
          <w:b/>
          <w:sz w:val="22"/>
        </w:rPr>
        <w:t>CLÁUSULA SEXTA – DAS DESPESAS</w:t>
      </w:r>
    </w:p>
    <w:p/>
    <w:p>
      <w:pPr>
        <w:jc w:val="both"/>
      </w:pPr>
      <w:r>
        <w:rPr>
          <w:b w:val="0"/>
          <w:sz w:val="20"/>
        </w:rPr>
        <w:t>Todas as despesas relativas à rescisão contratual, incluindo taxas, impostos, emolumentos e honorários, serão de responsabilidade do COMPRADOR, salvo disposição diversa neste instrumento.</w:t>
      </w:r>
    </w:p>
    <w:p/>
    <w:p>
      <w:pPr>
        <w:jc w:val="left"/>
      </w:pPr>
      <w:r>
        <w:rPr>
          <w:b/>
          <w:sz w:val="22"/>
        </w:rPr>
        <w:t>CLÁUSULA SÉTIMA – DA QUITAÇÃO</w:t>
      </w:r>
    </w:p>
    <w:p/>
    <w:p>
      <w:pPr>
        <w:jc w:val="both"/>
      </w:pPr>
      <w:r>
        <w:rPr>
          <w:b w:val="0"/>
          <w:sz w:val="20"/>
        </w:rPr>
        <w:t>Com a assinatura deste instrumento, as partes dão-se mutuamente, de forma ampla, geral e irrevogável, plena, rasa e irrevogável quitação, nada mais tendo a reclamar, a qualquer título, relativamente ao contrato rescindido.</w:t>
      </w:r>
    </w:p>
    <w:p/>
    <w:p>
      <w:pPr>
        <w:jc w:val="left"/>
      </w:pPr>
      <w:r>
        <w:rPr>
          <w:b/>
          <w:sz w:val="22"/>
        </w:rPr>
        <w:t>CLÁUSULA OITAVA – DAS DISPOSIÇÕES GERAIS</w:t>
      </w:r>
    </w:p>
    <w:p/>
    <w:p>
      <w:pPr>
        <w:jc w:val="both"/>
      </w:pPr>
      <w:r>
        <w:rPr>
          <w:b w:val="0"/>
          <w:sz w:val="20"/>
        </w:rPr>
        <w:t>Este distrato obriga as partes, seus herdeiros e sucessores a qualquer título.</w:t>
      </w:r>
    </w:p>
    <w:p/>
    <w:p>
      <w:pPr>
        <w:jc w:val="left"/>
      </w:pPr>
      <w:r>
        <w:rPr>
          <w:b/>
          <w:sz w:val="22"/>
        </w:rPr>
        <w:t>CLÁUSULA NONA – DO FORO</w:t>
      </w:r>
    </w:p>
    <w:p/>
    <w:p>
      <w:pPr>
        <w:jc w:val="both"/>
      </w:pPr>
      <w:r>
        <w:rPr>
          <w:b w:val="0"/>
          <w:sz w:val="20"/>
        </w:rPr>
        <w:t>Para dirimir quaisquer controvérsias oriundas deste instrumento, as partes elegem o foro da comarca de ____________________, renunciando a qualquer outro, por mais privilegiado que seja.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</w:t>
      </w:r>
    </w:p>
    <w:p>
      <w:pPr>
        <w:jc w:val="center"/>
      </w:pPr>
      <w:r>
        <w:rPr>
          <w:b w:val="0"/>
          <w:sz w:val="20"/>
        </w:rPr>
        <w:t>VENDEDOR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</w:t>
      </w:r>
    </w:p>
    <w:p>
      <w:pPr>
        <w:jc w:val="center"/>
      </w:pPr>
      <w:r>
        <w:rPr>
          <w:b w:val="0"/>
          <w:sz w:val="20"/>
        </w:rPr>
        <w:t>COMPRADOR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</w:t>
      </w:r>
    </w:p>
    <w:p>
      <w:pPr>
        <w:jc w:val="center"/>
      </w:pPr>
      <w:r>
        <w:rPr>
          <w:b w:val="0"/>
          <w:sz w:val="20"/>
        </w:rPr>
        <w:t>TESTEMUNHA 1</w:t>
      </w:r>
    </w:p>
    <w:p/>
    <w:p/>
    <w:p/>
    <w:p/>
    <w:p>
      <w:pPr>
        <w:jc w:val="center"/>
      </w:pPr>
      <w:r>
        <w:rPr>
          <w:b w:val="0"/>
          <w:sz w:val="20"/>
        </w:rPr>
        <w:t>___________________________________________</w:t>
      </w:r>
    </w:p>
    <w:p>
      <w:pPr>
        <w:jc w:val="center"/>
      </w:pPr>
      <w:r>
        <w:rPr>
          <w:b w:val="0"/>
          <w:sz w:val="20"/>
        </w:rPr>
        <w:t>TESTEMUNHA 2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https://modelo-jus.com/distrato-de-compra-e-venda-de-imovel/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s.com/distrato-de-compra-e-venda-de-imovel/" TargetMode="External"/><Relationship Id="rId10" Type="http://schemas.openxmlformats.org/officeDocument/2006/relationships/hyperlink" Target="https://modelo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