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22"/>
        </w:rPr>
        <w:t>EMBARGOS DE DECLARAÇÃO</w:t>
      </w:r>
    </w:p>
    <w:p/>
    <w:p/>
    <w:p>
      <w:r>
        <w:rPr>
          <w:b w:val="0"/>
          <w:i w:val="0"/>
          <w:sz w:val="22"/>
        </w:rPr>
        <w:t>EXCELENTÍSSIMO(A) SENHOR(A) DOUTOR(A) JUIZ(A) DE DIREITO DA ___ VARA CÍVEL/CRIMINAL/FEDERAL DA COMARCA DE ____________________</w:t>
      </w:r>
    </w:p>
    <w:p/>
    <w:p>
      <w:r>
        <w:rPr>
          <w:b w:val="0"/>
          <w:i w:val="0"/>
          <w:sz w:val="22"/>
        </w:rPr>
        <w:t>Processo nº: ___________________________</w:t>
      </w:r>
    </w:p>
    <w:p/>
    <w:p>
      <w:r>
        <w:rPr>
          <w:b w:val="0"/>
          <w:i w:val="0"/>
          <w:sz w:val="22"/>
        </w:rPr>
        <w:t>Embargante: ______________________________________________________________</w:t>
      </w:r>
    </w:p>
    <w:p>
      <w:r>
        <w:rPr>
          <w:b w:val="0"/>
          <w:i w:val="0"/>
          <w:sz w:val="22"/>
        </w:rPr>
        <w:t>Embargado: _______________________________________________________________</w:t>
      </w:r>
    </w:p>
    <w:p/>
    <w:p>
      <w:r>
        <w:rPr>
          <w:b w:val="0"/>
          <w:i w:val="0"/>
          <w:sz w:val="22"/>
        </w:rPr>
        <w:t>______________________________________, já qualificado nos autos do processo em epígrafe, vem respeitosamente à presença de Vossa Excelência, por seu advogado infra-assinado, interpor os presentes</w:t>
      </w:r>
    </w:p>
    <w:p>
      <w:r>
        <w:rPr>
          <w:b w:val="0"/>
          <w:i w:val="0"/>
          <w:sz w:val="22"/>
        </w:rPr>
        <w:t>EMBARGOS DE DECLARAÇÃO</w:t>
      </w:r>
    </w:p>
    <w:p>
      <w:r>
        <w:rPr>
          <w:b w:val="0"/>
          <w:i w:val="0"/>
          <w:sz w:val="22"/>
        </w:rPr>
        <w:t>com fundamento no artigo 1.022 do Código de Processo Civil, em face da decisão/julgamento proferido(a) nos autos, pelas razões de fato e de direito a seguir aduzidas.</w:t>
      </w:r>
    </w:p>
    <w:p/>
    <w:p/>
    <w:p>
      <w:r>
        <w:rPr>
          <w:b/>
          <w:sz w:val="24"/>
        </w:rPr>
        <w:t>I - DOS FATOS</w:t>
      </w:r>
    </w:p>
    <w:p/>
    <w:p>
      <w:r>
        <w:rPr>
          <w:b w:val="0"/>
          <w:i w:val="0"/>
          <w:sz w:val="22"/>
        </w:rPr>
        <w:t>O Embargante foi surpreendido com a decisão/julgamento que apresentou obscuridade, contradição e/ou omissão, o que compromete a clareza e a integral compreensão do julgado, prejudicando o pleno exercício do direito de defesa e ofendendo princípios constitucionais.</w:t>
      </w:r>
    </w:p>
    <w:p>
      <w:r>
        <w:rPr>
          <w:b w:val="0"/>
          <w:i w:val="0"/>
          <w:sz w:val="22"/>
        </w:rPr>
        <w:t>A decisão atacada não enfrentou pontos relevantes suscitados no recurso/contestação, ou apresentou entendimento conflitante entre os fundamentos, tornando necessária a sua complementação e esclarecimento.</w:t>
      </w:r>
    </w:p>
    <w:p/>
    <w:p/>
    <w:p>
      <w:r>
        <w:rPr>
          <w:b/>
          <w:sz w:val="24"/>
        </w:rPr>
        <w:t>II - DA CONTRADIÇÃO/OMISSÃO/OBSCURIDADE</w:t>
      </w:r>
    </w:p>
    <w:p/>
    <w:p>
      <w:r>
        <w:rPr>
          <w:b w:val="0"/>
          <w:i w:val="0"/>
          <w:sz w:val="22"/>
        </w:rPr>
        <w:t>Nos termos do artigo 1.022 do CPC, cabe embargos de declaração quando houver na decisão judicial:</w:t>
      </w:r>
    </w:p>
    <w:p>
      <w:r>
        <w:rPr>
          <w:b w:val="0"/>
          <w:i w:val="0"/>
          <w:sz w:val="22"/>
        </w:rPr>
        <w:t>- obscuridade;</w:t>
      </w:r>
    </w:p>
    <w:p>
      <w:r>
        <w:rPr>
          <w:b w:val="0"/>
          <w:i w:val="0"/>
          <w:sz w:val="22"/>
        </w:rPr>
        <w:t>- contradição;</w:t>
      </w:r>
    </w:p>
    <w:p>
      <w:r>
        <w:rPr>
          <w:b w:val="0"/>
          <w:i w:val="0"/>
          <w:sz w:val="22"/>
        </w:rPr>
        <w:t>- omissão;</w:t>
      </w:r>
    </w:p>
    <w:p>
      <w:r>
        <w:rPr>
          <w:b w:val="0"/>
          <w:i w:val="0"/>
          <w:sz w:val="22"/>
        </w:rPr>
        <w:t>- erro material.</w:t>
      </w:r>
    </w:p>
    <w:p/>
    <w:p>
      <w:r>
        <w:rPr>
          <w:b w:val="0"/>
          <w:i w:val="0"/>
          <w:sz w:val="22"/>
        </w:rPr>
        <w:t>No caso em tela, verifica-se que a decisão apresenta:</w:t>
      </w:r>
    </w:p>
    <w:p/>
    <w:p>
      <w:r>
        <w:rPr>
          <w:b w:val="0"/>
          <w:i w:val="0"/>
          <w:sz w:val="22"/>
        </w:rPr>
        <w:t>1. Contradição: a decisão afirma algo incompatível com outro trecho do próprio julgado, conforme exemplificado abaixo:</w:t>
      </w:r>
    </w:p>
    <w:p>
      <w:r>
        <w:rPr>
          <w:b w:val="0"/>
          <w:i w:val="0"/>
          <w:sz w:val="22"/>
        </w:rPr>
        <w:t xml:space="preserve">   ____________________________________________________________________________</w:t>
      </w:r>
    </w:p>
    <w:p>
      <w:r>
        <w:rPr>
          <w:b w:val="0"/>
          <w:i w:val="0"/>
          <w:sz w:val="22"/>
        </w:rPr>
        <w:t xml:space="preserve">   ____________________________________________________________________________</w:t>
      </w:r>
    </w:p>
    <w:p/>
    <w:p>
      <w:r>
        <w:rPr>
          <w:b w:val="0"/>
          <w:i w:val="0"/>
          <w:sz w:val="22"/>
        </w:rPr>
        <w:t>2. Omissão: a decisão deixou de analisar questão essencial para o deslinde da controvérsia, qual seja:</w:t>
      </w:r>
    </w:p>
    <w:p>
      <w:r>
        <w:rPr>
          <w:b w:val="0"/>
          <w:i w:val="0"/>
          <w:sz w:val="22"/>
        </w:rPr>
        <w:t xml:space="preserve">   ____________________________________________________________________________</w:t>
      </w:r>
    </w:p>
    <w:p>
      <w:r>
        <w:rPr>
          <w:b w:val="0"/>
          <w:i w:val="0"/>
          <w:sz w:val="22"/>
        </w:rPr>
        <w:t xml:space="preserve">   ____________________________________________________________________________</w:t>
      </w:r>
    </w:p>
    <w:p/>
    <w:p>
      <w:r>
        <w:rPr>
          <w:b w:val="0"/>
          <w:i w:val="0"/>
          <w:sz w:val="22"/>
        </w:rPr>
        <w:t>3. Obscuridade: a decisão apresenta pontos pouco claros, dificultando sua compreensão e execução, tais como:</w:t>
      </w:r>
    </w:p>
    <w:p>
      <w:r>
        <w:rPr>
          <w:b w:val="0"/>
          <w:i w:val="0"/>
          <w:sz w:val="22"/>
        </w:rPr>
        <w:t xml:space="preserve">   ____________________________________________________________________________</w:t>
      </w:r>
    </w:p>
    <w:p>
      <w:r>
        <w:rPr>
          <w:b w:val="0"/>
          <w:i w:val="0"/>
          <w:sz w:val="22"/>
        </w:rPr>
        <w:t xml:space="preserve">   ____________________________________________________________________________</w:t>
      </w:r>
    </w:p>
    <w:p/>
    <w:p/>
    <w:p>
      <w:r>
        <w:rPr>
          <w:b/>
          <w:sz w:val="24"/>
        </w:rPr>
        <w:t>III - DOS PEDIDOS</w:t>
      </w:r>
    </w:p>
    <w:p/>
    <w:p>
      <w:r>
        <w:rPr>
          <w:b w:val="0"/>
          <w:i w:val="0"/>
          <w:sz w:val="22"/>
        </w:rPr>
        <w:t>Diante do exposto, requer-se a Vossa Excelência:</w:t>
      </w:r>
    </w:p>
    <w:p>
      <w:r>
        <w:rPr>
          <w:b w:val="0"/>
          <w:i w:val="0"/>
          <w:sz w:val="22"/>
        </w:rPr>
      </w:r>
    </w:p>
    <w:p>
      <w:r>
        <w:rPr>
          <w:b w:val="0"/>
          <w:i w:val="0"/>
          <w:sz w:val="22"/>
        </w:rPr>
        <w:t>a) O conhecimento e provimento dos presentes Embargos de Declaração para que sejam sanadas as omissões, contradições e/ou obscuridades apontadas;</w:t>
      </w:r>
    </w:p>
    <w:p>
      <w:r>
        <w:rPr>
          <w:b w:val="0"/>
          <w:i w:val="0"/>
          <w:sz w:val="22"/>
        </w:rPr>
        <w:t>b) O esclarecimento e a complementação da decisão/julgamento embargado, a fim de garantir a sua plena eficácia e entendimento;</w:t>
      </w:r>
    </w:p>
    <w:p>
      <w:r>
        <w:rPr>
          <w:b w:val="0"/>
          <w:i w:val="0"/>
          <w:sz w:val="22"/>
        </w:rPr>
        <w:t>c) Caso não sejam acolhidos os pedidos acima, que sejam os presentes Embargos rejeitados, com a manutenção integral do julgado.</w:t>
      </w:r>
    </w:p>
    <w:p/>
    <w:p/>
    <w:p>
      <w:r>
        <w:rPr>
          <w:b/>
          <w:sz w:val="24"/>
        </w:rPr>
        <w:t>IV - DO REQUERIMENTO FINAL</w:t>
      </w:r>
    </w:p>
    <w:p/>
    <w:p>
      <w:r>
        <w:rPr>
          <w:b w:val="0"/>
          <w:i w:val="0"/>
          <w:sz w:val="22"/>
        </w:rPr>
        <w:t>Por fim, requer-se que todas as intimações e publicações sejam realizadas em nome do advogado abaixo assinado, sob pena de nulidade.</w:t>
      </w:r>
    </w:p>
    <w:p/>
    <w:p>
      <w:r>
        <w:rPr>
          <w:b w:val="0"/>
          <w:i w:val="0"/>
          <w:sz w:val="22"/>
        </w:rPr>
        <w:t>Nestes termos,</w:t>
      </w:r>
    </w:p>
    <w:p>
      <w:r>
        <w:rPr>
          <w:b w:val="0"/>
          <w:i w:val="0"/>
          <w:sz w:val="22"/>
        </w:rPr>
        <w:t>Pede deferimento.</w:t>
      </w:r>
    </w:p>
    <w:p/>
    <w:p>
      <w:r>
        <w:rPr>
          <w:b w:val="0"/>
          <w:i w:val="0"/>
          <w:sz w:val="22"/>
        </w:rPr>
        <w:t>______________________________, ____ de ________________ de _______.</w:t>
      </w:r>
    </w:p>
    <w:p/>
    <w:p>
      <w:r>
        <w:rPr>
          <w:b w:val="0"/>
          <w:i w:val="0"/>
          <w:sz w:val="22"/>
        </w:rPr>
        <w:t>__________________________________________</w:t>
      </w:r>
    </w:p>
    <w:p>
      <w:r>
        <w:rPr>
          <w:b w:val="0"/>
          <w:i w:val="0"/>
          <w:sz w:val="22"/>
        </w:rPr>
        <w:t>Nome do Advogado</w:t>
      </w:r>
    </w:p>
    <w:p>
      <w:r>
        <w:rPr>
          <w:b w:val="0"/>
          <w:i w:val="0"/>
          <w:sz w:val="22"/>
        </w:rPr>
        <w:t>OAB/___ nº 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https://modelo-jus.com/embargos-de-declaracao-contradicao/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embargos-de-declaracao-contradicao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