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ESCRITURA PÚBLICA DE COMPRA E VENDA DE TERRENO</w:t>
      </w:r>
    </w:p>
    <w:p/>
    <w:p>
      <w:r>
        <w:rPr>
          <w:b/>
          <w:sz w:val="22"/>
        </w:rPr>
        <w:t>SAIBAM quantos este público instrumento de escritura virem que, aos termos e condições seguintes, perante mim, Tabelião de Notas do Cartório de Notas e Registro, compareceram as partes adiante qualificadas, a saber:</w:t>
      </w:r>
    </w:p>
    <w:p/>
    <w:p>
      <w:r>
        <w:rPr>
          <w:b/>
          <w:sz w:val="22"/>
        </w:rPr>
        <w:t>VENDEDOR:</w:t>
      </w:r>
    </w:p>
    <w:p/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</w:t>
      </w:r>
    </w:p>
    <w:p>
      <w:r>
        <w:rPr>
          <w:b w:val="0"/>
          <w:sz w:val="22"/>
        </w:rPr>
        <w:t>CPF nº: _________________________________________________________________</w:t>
      </w:r>
    </w:p>
    <w:p>
      <w:r>
        <w:rPr>
          <w:b w:val="0"/>
          <w:sz w:val="22"/>
        </w:rPr>
        <w:t>RG nº: _________________________________________________________________</w:t>
      </w:r>
    </w:p>
    <w:p>
      <w:r>
        <w:rPr>
          <w:b w:val="0"/>
          <w:sz w:val="22"/>
        </w:rPr>
        <w:t>Endereço residencial: _________________________________________________</w:t>
      </w:r>
    </w:p>
    <w:p>
      <w:r>
        <w:rPr>
          <w:b w:val="0"/>
          <w:sz w:val="22"/>
        </w:rPr>
        <w:t>_________________________________________________________________________</w:t>
      </w:r>
    </w:p>
    <w:p/>
    <w:p>
      <w:r>
        <w:rPr>
          <w:b/>
          <w:sz w:val="22"/>
        </w:rPr>
        <w:t>COMPRADOR:</w:t>
      </w:r>
    </w:p>
    <w:p/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</w:t>
      </w:r>
    </w:p>
    <w:p>
      <w:r>
        <w:rPr>
          <w:b w:val="0"/>
          <w:sz w:val="22"/>
        </w:rPr>
        <w:t>CPF nº: _________________________________________________________________</w:t>
      </w:r>
    </w:p>
    <w:p>
      <w:r>
        <w:rPr>
          <w:b w:val="0"/>
          <w:sz w:val="22"/>
        </w:rPr>
        <w:t>RG nº: _________________________________________________________________</w:t>
      </w:r>
    </w:p>
    <w:p>
      <w:r>
        <w:rPr>
          <w:b w:val="0"/>
          <w:sz w:val="22"/>
        </w:rPr>
        <w:t>Endereço residencial: _________________________________________________</w:t>
      </w:r>
    </w:p>
    <w:p>
      <w:r>
        <w:rPr>
          <w:b w:val="0"/>
          <w:sz w:val="22"/>
        </w:rPr>
        <w:t>_________________________________________________________________________</w:t>
      </w:r>
    </w:p>
    <w:p/>
    <w:p>
      <w:r>
        <w:rPr>
          <w:b/>
          <w:sz w:val="22"/>
        </w:rPr>
        <w:t>CLÁUSULA PRIMEIRA – DO OBJETO</w:t>
      </w:r>
    </w:p>
    <w:p/>
    <w:p>
      <w:pPr>
        <w:ind w:firstLine="567"/>
      </w:pPr>
      <w:r>
        <w:rPr>
          <w:b w:val="0"/>
          <w:sz w:val="22"/>
        </w:rPr>
        <w:t>O VENDEDOR é legítimo possuidor e proprietário do imóvel rural/urbano situado na ______________________________________________, no município de ____________________, Estado de ____________, registrado sob a matrícula nº ____________ no Cartório de Registro de Imóveis desta comarca.</w:t>
      </w:r>
    </w:p>
    <w:p/>
    <w:p>
      <w:r>
        <w:rPr>
          <w:b/>
          <w:sz w:val="22"/>
        </w:rPr>
        <w:t>O imóvel objeto desta escritura possui as seguintes características e confrontações:</w:t>
      </w:r>
    </w:p>
    <w:p/>
    <w:p>
      <w:r>
        <w:rPr>
          <w:b w:val="0"/>
          <w:sz w:val="22"/>
        </w:rPr>
        <w:t>- Área total: ________________________________</w:t>
      </w:r>
    </w:p>
    <w:p>
      <w:r>
        <w:rPr>
          <w:b w:val="0"/>
          <w:sz w:val="22"/>
        </w:rPr>
        <w:t>- Limites e confrontações:</w:t>
      </w:r>
    </w:p>
    <w:p>
      <w:r>
        <w:rPr>
          <w:b w:val="0"/>
          <w:sz w:val="22"/>
        </w:rPr>
        <w:t xml:space="preserve">  Norte: _________________________________________________________________</w:t>
      </w:r>
    </w:p>
    <w:p>
      <w:r>
        <w:rPr>
          <w:b w:val="0"/>
          <w:sz w:val="22"/>
        </w:rPr>
        <w:t xml:space="preserve">  Sul: ___________________________________________________________________</w:t>
      </w:r>
    </w:p>
    <w:p>
      <w:r>
        <w:rPr>
          <w:b w:val="0"/>
          <w:sz w:val="22"/>
        </w:rPr>
        <w:t xml:space="preserve">  Leste: _________________________________________________________________</w:t>
      </w:r>
    </w:p>
    <w:p>
      <w:r>
        <w:rPr>
          <w:b w:val="0"/>
          <w:sz w:val="22"/>
        </w:rPr>
        <w:t xml:space="preserve">  Oeste: _________________________________________________________________</w:t>
      </w:r>
    </w:p>
    <w:p/>
    <w:p>
      <w:r>
        <w:rPr>
          <w:b/>
          <w:sz w:val="22"/>
        </w:rPr>
        <w:t>CLÁUSULA SEGUNDA – DO PREÇO E FORMA DE PAGAMENTO</w:t>
      </w:r>
    </w:p>
    <w:p/>
    <w:p>
      <w:pPr>
        <w:ind w:firstLine="567"/>
      </w:pPr>
      <w:r>
        <w:rPr>
          <w:b w:val="0"/>
          <w:sz w:val="22"/>
        </w:rPr>
        <w:t>O preço certo e ajustado entre as partes para a venda do imóvel é de R$ _____________________________ (______________________________), que o COMPRADOR paga ao VENDEDOR, neste ato, a título de sinal e princípio de pagamento, a quantia de R$ ________________________, e o restante será pago conforme acordo entre as partes:</w:t>
      </w:r>
    </w:p>
    <w:p>
      <w:r>
        <w:rPr>
          <w:b w:val="0"/>
          <w:sz w:val="22"/>
        </w:rPr>
        <w:t>[ ] À vista, neste ato.</w:t>
      </w:r>
    </w:p>
    <w:p>
      <w:r>
        <w:rPr>
          <w:b w:val="0"/>
          <w:sz w:val="22"/>
        </w:rPr>
        <w:t>[ ] Parcelado, conforme condições descritas abaixo:</w:t>
      </w:r>
    </w:p>
    <w:p>
      <w:r>
        <w:rPr>
          <w:b w:val="0"/>
          <w:sz w:val="22"/>
        </w:rPr>
        <w:t xml:space="preserve">    _____________________________________________________________________</w:t>
      </w:r>
    </w:p>
    <w:p>
      <w:r>
        <w:rPr>
          <w:b w:val="0"/>
          <w:sz w:val="22"/>
        </w:rPr>
        <w:t xml:space="preserve">    _____________________________________________________________________</w:t>
      </w:r>
    </w:p>
    <w:p/>
    <w:p>
      <w:r>
        <w:rPr>
          <w:b/>
          <w:sz w:val="22"/>
        </w:rPr>
        <w:t>CLÁUSULA TERCEIRA – DA POSSE E ENTREGA</w:t>
      </w:r>
    </w:p>
    <w:p/>
    <w:p>
      <w:r>
        <w:rPr>
          <w:b w:val="0"/>
          <w:sz w:val="22"/>
        </w:rPr>
        <w:t>O VENDEDOR declara que o imóvel encontra-se livre e desembaraçado de quaisquer ônus, débitos, penhoras ou litígios que possam impedir a livre transferência da propriedade.</w:t>
      </w:r>
    </w:p>
    <w:p>
      <w:pPr>
        <w:ind w:firstLine="567"/>
      </w:pPr>
      <w:r>
        <w:rPr>
          <w:b w:val="0"/>
          <w:sz w:val="22"/>
        </w:rPr>
        <w:t>O imóvel será entregue ao COMPRADOR livre para uso e gozo, na data da assinatura desta escritura.</w:t>
      </w:r>
    </w:p>
    <w:p/>
    <w:p>
      <w:r>
        <w:rPr>
          <w:b/>
          <w:sz w:val="22"/>
        </w:rPr>
        <w:t>CLÁUSULA QUARTA – DAS DESPESAS E TRIBUTOS</w:t>
      </w:r>
    </w:p>
    <w:p/>
    <w:p>
      <w:pPr>
        <w:ind w:firstLine="567"/>
      </w:pPr>
      <w:r>
        <w:rPr>
          <w:b w:val="0"/>
          <w:sz w:val="22"/>
        </w:rPr>
        <w:t>Todas as despesas relativas à escritura pública, imposto de transmissão (ITBI), registros e demais taxas serão de responsabilidade do COMPRADOR.</w:t>
      </w:r>
    </w:p>
    <w:p/>
    <w:p>
      <w:r>
        <w:rPr>
          <w:b/>
          <w:sz w:val="22"/>
        </w:rPr>
        <w:t>CLÁUSULA QUINTA – DA TRANSFERÊNCIA E REGISTRO</w:t>
      </w:r>
    </w:p>
    <w:p/>
    <w:p>
      <w:pPr>
        <w:ind w:firstLine="567"/>
      </w:pPr>
      <w:r>
        <w:rPr>
          <w:b w:val="0"/>
          <w:sz w:val="22"/>
        </w:rPr>
        <w:t>O COMPRADOR se compromete a promover o registro desta escritura no competente Cartório de Registro de Imóveis, arcando com as despesas daí decorrentes.</w:t>
      </w:r>
    </w:p>
    <w:p/>
    <w:p>
      <w:r>
        <w:rPr>
          <w:b/>
          <w:sz w:val="22"/>
        </w:rPr>
        <w:t>CLÁUSULA SEXTA – DAS DECLARAÇÕES DAS PARTES</w:t>
      </w:r>
    </w:p>
    <w:p/>
    <w:p>
      <w:pPr>
        <w:ind w:firstLine="567"/>
      </w:pPr>
      <w:r>
        <w:rPr>
          <w:b w:val="0"/>
          <w:sz w:val="22"/>
        </w:rPr>
        <w:t>O VENDEDOR declara que não existem débitos referentes a impostos, taxas condominiais, ou quaisquer outras dívidas relacionadas ao imóvel até a presente data.</w:t>
      </w:r>
    </w:p>
    <w:p>
      <w:pPr>
        <w:ind w:firstLine="567"/>
      </w:pPr>
      <w:r>
        <w:rPr>
          <w:b w:val="0"/>
          <w:sz w:val="22"/>
        </w:rPr>
        <w:t>O COMPRADOR declara estar ciente das condições do imóvel, aceitando-o no estado em que se encontra.</w:t>
      </w:r>
    </w:p>
    <w:p/>
    <w:p>
      <w:r>
        <w:rPr>
          <w:b/>
          <w:sz w:val="22"/>
        </w:rPr>
        <w:t>CLÁUSULA SÉTIMA – DO FORO</w:t>
      </w:r>
    </w:p>
    <w:p/>
    <w:p>
      <w:pPr>
        <w:ind w:firstLine="567"/>
      </w:pPr>
      <w:r>
        <w:rPr>
          <w:b w:val="0"/>
          <w:sz w:val="22"/>
        </w:rPr>
        <w:t>Para dirimir quaisquer dúvidas ou litígios oriundos desta escritura, as partes elegem o foro da comarca de ________________, Estado de ____________, renunciando a qualquer outro, por mais privilegiado que seja.</w:t>
      </w:r>
    </w:p>
    <w:p/>
    <w:p>
      <w:pPr>
        <w:ind w:firstLine="567"/>
      </w:pPr>
      <w:r>
        <w:rPr>
          <w:b w:val="0"/>
          <w:sz w:val="22"/>
        </w:rPr>
        <w:t>E, por estarem assim justas e contratadas, assinam o presente instrumento em ___ (___) vias de igual teor e forma, na presença das testemunhas abaixo.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VENDEDOR:</w:t>
              <w:br/>
              <w:br/>
              <w:br/>
              <w:t>______________________________________________</w:t>
              <w:br/>
              <w:t>Nome e assinatura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COMPRADOR:</w:t>
              <w:br/>
              <w:br/>
              <w:br/>
              <w:t>______________________________________________</w:t>
              <w:br/>
              <w:t>Nome e assinatura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1:</w:t>
              <w:br/>
              <w:br/>
              <w:br/>
              <w:t>______________________________________________</w:t>
              <w:br/>
              <w:t>Nome, RG e assinatura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2:</w:t>
              <w:br/>
              <w:br/>
              <w:br/>
              <w:t>______________________________________________</w:t>
              <w:br/>
              <w:t>Nome, RG e assinatura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p/>
    <w:p>
      <w:pPr>
        <w:ind w:firstLine="567"/>
      </w:pPr>
      <w:r>
        <w:rPr>
          <w:b w:val="0"/>
          <w:sz w:val="22"/>
        </w:rPr>
        <w:t>Local: ________________________________________________</w:t>
      </w:r>
    </w:p>
    <w:p>
      <w:pPr>
        <w:ind w:firstLine="567"/>
      </w:pPr>
      <w:r>
        <w:rPr>
          <w:b w:val="0"/>
          <w:sz w:val="22"/>
        </w:rPr>
        <w:t>Data: ____ / ____ / 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https://modelo-jus.com/escritura-de-terreno/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escritura-de-terren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