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EXPEDIÇÃO DE ALVARÁ JUDICIAL</w:t>
      </w:r>
    </w:p>
    <w:p/>
    <w:p>
      <w:r>
        <w:rPr>
          <w:b/>
          <w:i w:val="0"/>
          <w:sz w:val="22"/>
        </w:rPr>
        <w:t>Excelentíssimo Senhor Doutor Juiz de Direito da ____ Vara Cível da Comarca de __________________________</w:t>
      </w:r>
    </w:p>
    <w:p/>
    <w:p/>
    <w:p>
      <w:r>
        <w:rPr>
          <w:b/>
          <w:i w:val="0"/>
          <w:sz w:val="22"/>
        </w:rPr>
        <w:t>REQUERENTE:</w:t>
      </w:r>
    </w:p>
    <w:p>
      <w:r>
        <w:rPr>
          <w:b w:val="0"/>
          <w:i w:val="0"/>
          <w:sz w:val="22"/>
        </w:rPr>
        <w:t>Nome: ________________________________________________________________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</w:t>
      </w:r>
    </w:p>
    <w:p>
      <w:r>
        <w:rPr>
          <w:b w:val="0"/>
          <w:i w:val="0"/>
          <w:sz w:val="22"/>
        </w:rPr>
        <w:t>Documento de Identidade (RG): ___________________________________________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_________________________________________________________________</w:t>
      </w:r>
    </w:p>
    <w:p>
      <w:r>
        <w:rPr>
          <w:b w:val="0"/>
          <w:i w:val="0"/>
          <w:sz w:val="22"/>
        </w:rPr>
        <w:t>Endereço Completo: ____________________________________________________</w:t>
      </w:r>
    </w:p>
    <w:p>
      <w:r>
        <w:rPr>
          <w:b w:val="0"/>
          <w:i w:val="0"/>
          <w:sz w:val="22"/>
        </w:rPr>
        <w:t>Telefone: ______________________________________________________________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________________________________________________________________</w:t>
      </w:r>
    </w:p>
    <w:p/>
    <w:p>
      <w:r>
        <w:rPr>
          <w:b/>
          <w:i w:val="0"/>
          <w:sz w:val="22"/>
        </w:rPr>
        <w:t>ADVOGADO:</w:t>
      </w:r>
    </w:p>
    <w:p>
      <w:r>
        <w:rPr>
          <w:b w:val="0"/>
          <w:i w:val="0"/>
          <w:sz w:val="22"/>
        </w:rPr>
        <w:t>Nome: ________________________________________________________________</w:t>
      </w:r>
    </w:p>
    <w:p>
      <w:r>
        <w:rPr>
          <w:b w:val="0"/>
          <w:i w:val="0"/>
          <w:sz w:val="22"/>
        </w:rPr>
        <w:t>OAB nº: ____________________ Seccional: _______________________________</w:t>
      </w:r>
    </w:p>
    <w:p>
      <w:r>
        <w:rPr>
          <w:b w:val="0"/>
          <w:i w:val="0"/>
          <w:sz w:val="22"/>
        </w:rPr>
        <w:t>Endereço Profissional: _________________________________________________</w:t>
      </w:r>
    </w:p>
    <w:p>
      <w:r>
        <w:rPr>
          <w:b w:val="0"/>
          <w:i w:val="0"/>
          <w:sz w:val="22"/>
        </w:rPr>
        <w:t>Telefone: ______________________________________________________________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________________________________________________________________</w:t>
      </w:r>
    </w:p>
    <w:p/>
    <w:p/>
    <w:p>
      <w:r>
        <w:rPr>
          <w:b/>
          <w:i w:val="0"/>
          <w:sz w:val="22"/>
        </w:rPr>
        <w:t>DOS FATOS</w:t>
      </w:r>
    </w:p>
    <w:p/>
    <w:p>
      <w:r>
        <w:rPr>
          <w:b w:val="0"/>
          <w:i w:val="0"/>
          <w:sz w:val="22"/>
        </w:rPr>
        <w:t>O Requerente é parte beneficiária da decisão judicial proferida nos autos do processo nº ____________, em trâmite perante este juízo, que determinou a liberação e expedição do alvará para levantamento de valores bloqueados/congelação judicial/consequente levantamento de valores depositados em instituição financeira e/ou patrimônio, conforme consta nos autos.</w:t>
      </w:r>
    </w:p>
    <w:p>
      <w:r>
        <w:rPr>
          <w:b w:val="0"/>
          <w:i w:val="0"/>
          <w:sz w:val="22"/>
        </w:rPr>
        <w:t>Contudo, para que seja efetivado o levantamento, faz-se necessária a expedição do competente alvará judicial, instrumento que autoriza o levantamento dos valores em favor do Requerente, garantindo assim o cumprimento da decisão judicial.</w:t>
      </w:r>
    </w:p>
    <w:p/>
    <w:p>
      <w:r>
        <w:rPr>
          <w:b/>
          <w:i w:val="0"/>
          <w:sz w:val="22"/>
        </w:rPr>
        <w:t>DO DIREITO</w:t>
      </w:r>
    </w:p>
    <w:p/>
    <w:p>
      <w:r>
        <w:rPr>
          <w:b w:val="0"/>
          <w:i w:val="0"/>
          <w:sz w:val="22"/>
        </w:rPr>
        <w:t>A expedição de alvará judicial encontra respaldo no Código de Processo Civil brasileiro, especialmente nos artigos 726 e seguintes, que regulam a tutela provisória e a expedição de mandados judiciais para cumprimento das decisões.</w:t>
      </w:r>
    </w:p>
    <w:p>
      <w:r>
        <w:rPr>
          <w:b w:val="0"/>
          <w:i w:val="0"/>
          <w:sz w:val="22"/>
        </w:rPr>
        <w:t>Ademais, a jurisprudência consolidada orienta que, uma vez transitada em julgado a decisão que reconhece o direito do requerente ao levantamento de valores, deve o juízo expedir o alvará correspondente para garantir a efetividade da tutela jurisdicional.</w:t>
      </w:r>
    </w:p>
    <w:p/>
    <w:p>
      <w:r>
        <w:rPr>
          <w:b/>
          <w:i w:val="0"/>
          <w:sz w:val="22"/>
        </w:rPr>
        <w:t>DOS PEDIDOS</w:t>
      </w:r>
    </w:p>
    <w:p/>
    <w:p>
      <w:r>
        <w:rPr>
          <w:b w:val="0"/>
          <w:i w:val="0"/>
          <w:sz w:val="22"/>
        </w:rPr>
        <w:t>Diante do exposto, requer-se a Vossa Excelência:</w:t>
      </w:r>
    </w:p>
    <w:p/>
    <w:p>
      <w:r>
        <w:rPr>
          <w:b w:val="0"/>
          <w:i w:val="0"/>
          <w:sz w:val="22"/>
        </w:rPr>
        <w:t>1. A expedição do alvará judicial para levantamento dos valores bloqueados/congelados conforme decisão proferida nos autos do processo nº ____________;</w:t>
      </w:r>
    </w:p>
    <w:p>
      <w:r>
        <w:rPr>
          <w:b w:val="0"/>
          <w:i w:val="0"/>
          <w:sz w:val="22"/>
        </w:rPr>
        <w:t>2. Que o alvará seja expedido em favor do Requerente, para que possa proceder ao levantamento dos valores depositados junto à instituição financeira _______________;</w:t>
      </w:r>
    </w:p>
    <w:p>
      <w:r>
        <w:rPr>
          <w:b w:val="0"/>
          <w:i w:val="0"/>
          <w:sz w:val="22"/>
        </w:rPr>
        <w:t>3. A intimação do Ministério Público, caso entenda necessário;</w:t>
      </w:r>
    </w:p>
    <w:p>
      <w:r>
        <w:rPr>
          <w:b w:val="0"/>
          <w:i w:val="0"/>
          <w:sz w:val="22"/>
        </w:rPr>
        <w:t>4. A concessão de quaisquer outras medidas que se fizerem necessárias para o pleno cumprimento da decisão judicial.</w:t>
      </w:r>
    </w:p>
    <w:p/>
    <w:p/>
    <w:p>
      <w:r>
        <w:rPr>
          <w:b w:val="0"/>
          <w:i w:val="0"/>
          <w:sz w:val="22"/>
        </w:rPr>
        <w:t>Termos em que,</w:t>
      </w:r>
    </w:p>
    <w:p>
      <w:r>
        <w:rPr>
          <w:b w:val="0"/>
          <w:i w:val="0"/>
          <w:sz w:val="22"/>
        </w:rPr>
        <w:t>Pede deferimento.</w:t>
      </w:r>
    </w:p>
    <w:p/>
    <w:p/>
    <w:p/>
    <w:p/>
    <w:p>
      <w:pPr>
        <w:jc w:val="center"/>
      </w:pPr>
      <w:r>
        <w:rPr>
          <w:b w:val="0"/>
          <w:i w:val="0"/>
          <w:sz w:val="22"/>
        </w:rPr>
        <w:t>_______________________________</w:t>
      </w:r>
    </w:p>
    <w:p>
      <w:pPr>
        <w:jc w:val="center"/>
      </w:pPr>
      <w:r>
        <w:rPr>
          <w:b w:val="0"/>
          <w:i w:val="0"/>
          <w:sz w:val="22"/>
        </w:rPr>
        <w:t>Local e Data</w:t>
      </w:r>
    </w:p>
    <w:p/>
    <w:p/>
    <w:p>
      <w:pPr>
        <w:jc w:val="center"/>
      </w:pPr>
      <w:r>
        <w:rPr>
          <w:b w:val="0"/>
          <w:i w:val="0"/>
          <w:sz w:val="22"/>
        </w:rPr>
        <w:t>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Advogado</w:t>
      </w:r>
    </w:p>
    <w:p>
      <w:pPr>
        <w:jc w:val="center"/>
      </w:pPr>
      <w:r>
        <w:rPr>
          <w:b w:val="0"/>
          <w:i w:val="0"/>
          <w:sz w:val="22"/>
        </w:rPr>
        <w:t>OAB nº 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https://modelo-jus.com/expedicao-de-alvara/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expedicao-de-alvara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