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NOTIFICAÇÃO EXTRAJUDICIAL DE COBRANÇA</w:t>
      </w:r>
    </w:p>
    <w:p/>
    <w:p/>
    <w:p>
      <w:r>
        <w:rPr>
          <w:b w:val="0"/>
          <w:sz w:val="22"/>
        </w:rPr>
        <w:t>NOTIFICANTE: ____________________________________________________________</w:t>
      </w:r>
    </w:p>
    <w:p>
      <w:r>
        <w:rPr>
          <w:b w:val="0"/>
          <w:sz w:val="22"/>
        </w:rPr>
        <w:t>CNPJ/CPF: _______________________________________________________________</w:t>
      </w:r>
    </w:p>
    <w:p>
      <w:r>
        <w:rPr>
          <w:b w:val="0"/>
          <w:sz w:val="22"/>
        </w:rPr>
        <w:t>ENDEREÇO: _______________________________________________________________</w:t>
      </w:r>
    </w:p>
    <w:p/>
    <w:p>
      <w:r>
        <w:rPr>
          <w:b w:val="0"/>
          <w:sz w:val="22"/>
        </w:rPr>
        <w:t>NOTIFICADO: _____________________________________________________________</w:t>
      </w:r>
    </w:p>
    <w:p>
      <w:r>
        <w:rPr>
          <w:b w:val="0"/>
          <w:sz w:val="22"/>
        </w:rPr>
        <w:t>CNPJ/CPF: _______________________________________________________________</w:t>
      </w:r>
    </w:p>
    <w:p>
      <w:r>
        <w:rPr>
          <w:b w:val="0"/>
          <w:sz w:val="22"/>
        </w:rPr>
        <w:t>ENDEREÇO: _______________________________________________________________</w:t>
      </w:r>
    </w:p>
    <w:p/>
    <w:p>
      <w:r>
        <w:rPr>
          <w:b w:val="0"/>
          <w:sz w:val="22"/>
        </w:rPr>
        <w:t>Prezados Senhores,</w:t>
      </w:r>
    </w:p>
    <w:p/>
    <w:p>
      <w:r>
        <w:rPr>
          <w:b w:val="0"/>
          <w:sz w:val="22"/>
        </w:rPr>
        <w:t>Pelo presente instrumento, o(a) NOTIFICANTE vem, com fundamento no direito que lhe assiste, notificar o(a) NOTIFICADO(a) acerca da existência do débito descrito abaixo, solicitando sua imediata regularização, sob pena de adoção das medidas judiciais cabíveis para a satisfação do crédito.</w:t>
      </w:r>
    </w:p>
    <w:p/>
    <w:p>
      <w:pPr>
        <w:jc w:val="left"/>
      </w:pPr>
      <w:r>
        <w:rPr>
          <w:b/>
          <w:sz w:val="22"/>
        </w:rPr>
        <w:t>I – DO DÉBITO</w:t>
      </w:r>
    </w:p>
    <w:p/>
    <w:p>
      <w:r>
        <w:rPr>
          <w:b w:val="0"/>
          <w:sz w:val="22"/>
        </w:rPr>
        <w:t>Descrição da dívida: ______________________________________________________</w:t>
      </w:r>
    </w:p>
    <w:p>
      <w:r>
        <w:rPr>
          <w:b w:val="0"/>
          <w:sz w:val="22"/>
        </w:rPr>
        <w:t>Valor principal: R$ _______________________________________________________</w:t>
      </w:r>
    </w:p>
    <w:p>
      <w:r>
        <w:rPr>
          <w:b w:val="0"/>
          <w:sz w:val="22"/>
        </w:rPr>
        <w:t>Data de vencimento: ______________________________________________________</w:t>
      </w:r>
    </w:p>
    <w:p>
      <w:r>
        <w:rPr>
          <w:b w:val="0"/>
          <w:sz w:val="22"/>
        </w:rPr>
        <w:t>Juros e multa (se houver): __________________________________________________</w:t>
      </w:r>
    </w:p>
    <w:p>
      <w:r>
        <w:rPr>
          <w:b w:val="0"/>
          <w:sz w:val="22"/>
        </w:rPr>
        <w:t>Valor total atualizado: R$ _________________________________________________</w:t>
      </w:r>
    </w:p>
    <w:p/>
    <w:p>
      <w:pPr>
        <w:jc w:val="left"/>
      </w:pPr>
      <w:r>
        <w:rPr>
          <w:b/>
          <w:sz w:val="22"/>
        </w:rPr>
        <w:t>II – DA COBRANÇA</w:t>
      </w:r>
    </w:p>
    <w:p/>
    <w:p>
      <w:r>
        <w:rPr>
          <w:b w:val="0"/>
          <w:sz w:val="22"/>
        </w:rPr>
        <w:t>Solicita-se o pagamento do valor total atualizado no prazo máximo de 10 (dez) dias úteis a contar do recebimento desta notificação, mediante depósito ou transferência bancária para a conta abaixo:</w:t>
      </w:r>
    </w:p>
    <w:p/>
    <w:p>
      <w:r>
        <w:rPr>
          <w:b w:val="0"/>
          <w:sz w:val="22"/>
        </w:rPr>
        <w:t>Banco: _________________________________________________________________</w:t>
      </w:r>
    </w:p>
    <w:p>
      <w:r>
        <w:rPr>
          <w:b w:val="0"/>
          <w:sz w:val="22"/>
        </w:rPr>
        <w:t>Agência: _______________________________________________________________</w:t>
      </w:r>
    </w:p>
    <w:p>
      <w:r>
        <w:rPr>
          <w:b w:val="0"/>
          <w:sz w:val="22"/>
        </w:rPr>
        <w:t>Conta Corrente: _________________________________________________________</w:t>
      </w:r>
    </w:p>
    <w:p>
      <w:r>
        <w:rPr>
          <w:b w:val="0"/>
          <w:sz w:val="22"/>
        </w:rPr>
        <w:t>Favorecido: ____________________________________________________________</w:t>
      </w:r>
    </w:p>
    <w:p>
      <w:r>
        <w:rPr>
          <w:b w:val="0"/>
          <w:sz w:val="22"/>
        </w:rPr>
        <w:t>CNPJ/CPF do Favorecido: _________________________________________________</w:t>
      </w:r>
    </w:p>
    <w:p/>
    <w:p>
      <w:pPr>
        <w:jc w:val="left"/>
      </w:pPr>
      <w:r>
        <w:rPr>
          <w:b/>
          <w:sz w:val="22"/>
        </w:rPr>
        <w:t>III – DAS CONSEQUÊNCIAS DO NÃO PAGAMENTO</w:t>
      </w:r>
    </w:p>
    <w:p/>
    <w:p>
      <w:r>
        <w:rPr>
          <w:b w:val="0"/>
          <w:sz w:val="22"/>
        </w:rPr>
        <w:t>Fica desde já advertido(a) que o não pagamento do débito no prazo estipulado implicará na adoção das medidas judiciais cabíveis para a cobrança do débito, incluindo protesto, negativação junto aos órgãos de proteção ao crédito, ajuizamento de ação judicial e demais providências legais que se fizerem necessárias, acrescido das custas e honorários advocatícios.</w:t>
      </w:r>
    </w:p>
    <w:p/>
    <w:p>
      <w:pPr>
        <w:jc w:val="left"/>
      </w:pPr>
      <w:r>
        <w:rPr>
          <w:b/>
          <w:sz w:val="22"/>
        </w:rPr>
        <w:t>IV – DO ESCLARECIMENTO</w:t>
      </w:r>
    </w:p>
    <w:p/>
    <w:p>
      <w:r>
        <w:rPr>
          <w:b w:val="0"/>
          <w:sz w:val="22"/>
        </w:rPr>
        <w:t>Caso o débito já tenha sido quitado, favor desconsiderar esta notificação e encaminhar o comprovante de pagamento para o seguinte e-mail ou telefone para regularização do cadastro:</w:t>
      </w:r>
    </w:p>
    <w:p/>
    <w:p>
      <w:r>
        <w:rPr>
          <w:b w:val="0"/>
          <w:sz w:val="22"/>
        </w:rPr>
        <w:t>E-mail: _________________________________________________________________</w:t>
      </w:r>
    </w:p>
    <w:p>
      <w:r>
        <w:rPr>
          <w:b w:val="0"/>
          <w:sz w:val="22"/>
        </w:rPr>
        <w:t>Telefone/WhatsApp: ______________________________________________________</w:t>
      </w:r>
    </w:p>
    <w:p/>
    <w:p>
      <w:r>
        <w:rPr>
          <w:b w:val="0"/>
          <w:sz w:val="22"/>
        </w:rPr>
        <w:t>Sem mais para o momento,</w:t>
      </w:r>
    </w:p>
    <w:p/>
    <w:p>
      <w:r>
        <w:rPr>
          <w:b w:val="0"/>
          <w:sz w:val="22"/>
        </w:rPr>
        <w:t>Atenciosamente,</w:t>
      </w:r>
    </w:p>
    <w:p/>
    <w:p>
      <w:pPr>
        <w:jc w:val="left"/>
      </w:pPr>
      <w:r>
        <w:rPr>
          <w:sz w:val="22"/>
        </w:rPr>
        <w:t>__________________________________________________________</w:t>
      </w:r>
    </w:p>
    <w:p>
      <w:r>
        <w:rPr>
          <w:b w:val="0"/>
          <w:sz w:val="22"/>
        </w:rPr>
        <w:t>NOTIFICANTE / REPRESENTANTE LEGAL</w:t>
      </w:r>
    </w:p>
    <w:p>
      <w:r>
        <w:rPr>
          <w:b w:val="0"/>
          <w:sz w:val="22"/>
        </w:rPr>
        <w:t>CPF/CNPJ: _______________________________________________________________</w:t>
      </w:r>
    </w:p>
    <w:p/>
    <w:p>
      <w:pPr>
        <w:jc w:val="left"/>
      </w:pPr>
      <w:r>
        <w:rPr>
          <w:sz w:val="22"/>
        </w:rPr>
        <w:t>__________________________________________________________</w:t>
      </w:r>
    </w:p>
    <w:p>
      <w:r>
        <w:rPr>
          <w:b w:val="0"/>
          <w:sz w:val="22"/>
        </w:rPr>
        <w:t>ASSINATURA</w:t>
      </w:r>
    </w:p>
    <w:p/>
    <w:p>
      <w:pPr>
        <w:jc w:val="left"/>
      </w:pPr>
      <w:r>
        <w:rPr>
          <w:sz w:val="22"/>
        </w:rPr>
        <w:t>__________________________________________________________</w:t>
      </w:r>
    </w:p>
    <w:p>
      <w:r>
        <w:rPr>
          <w:b w:val="0"/>
          <w:sz w:val="22"/>
        </w:rPr>
        <w:t>Local</w:t>
      </w:r>
    </w:p>
    <w:p/>
    <w:p>
      <w:pPr>
        <w:jc w:val="left"/>
      </w:pPr>
      <w:r>
        <w:rPr>
          <w:sz w:val="22"/>
        </w:rPr>
        <w:t>__________________________________________________________</w:t>
      </w:r>
    </w:p>
    <w:p>
      <w:r>
        <w:rPr>
          <w:b w:val="0"/>
          <w:sz w:val="22"/>
        </w:rPr>
        <w:t>Data</w:t>
      </w:r>
    </w:p>
    <w:p>
      <w:r>
        <w:br w:type="page"/>
      </w:r>
    </w:p>
    <w:p>
      <w:pPr>
        <w:jc w:val="center"/>
      </w:pPr>
      <w:r>
        <w:rPr>
          <w:color w:val="555555"/>
          <w:sz w:val="24"/>
        </w:rPr>
        <w:t>Fonte original deste documento:</w:t>
      </w:r>
    </w:p>
    <w:p>
      <w:pPr>
        <w:jc w:val="center"/>
      </w:pPr>
      <w:hyperlink r:id="rId9">
        <w:r>
          <w:rPr>
            <w:color w:val="0000FF"/>
            <w:u w:val="single"/>
          </w:rPr>
          <w:t>https://modelo-jus.com/notificacao-de-cobranca/</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https://modelo-jus.com</w:t>
        </w:r>
      </w:hyperlink>
    </w:p>
    <w:p>
      <w:pPr>
        <w:jc w:val="center"/>
      </w:pPr>
      <w:r>
        <w:rPr>
          <w:color w:val="808080"/>
          <w:sz w:val="20"/>
        </w:rPr>
        <w:t>Este modelo é destinado exclusivamente para uso pessoal e não comercial.</w:t>
        <w:br/>
        <w:t>Ao compartilhar ou publicar, a citação da fonte é obrigatória. © modelo-jus.com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delo-jus.com/notificacao-de-cobranca/" TargetMode="External"/><Relationship Id="rId10" Type="http://schemas.openxmlformats.org/officeDocument/2006/relationships/hyperlink" Target="https://modelo-j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