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NOTIFICAÇÃO EXTRAJUDICIAL PARA DESOCUPAÇÃO DE IMÓVEL</w:t>
      </w:r>
    </w:p>
    <w:p/>
    <w:p/>
    <w:p>
      <w:r>
        <w:rPr>
          <w:b w:val="0"/>
          <w:sz w:val="22"/>
        </w:rPr>
        <w:t>À</w:t>
      </w:r>
    </w:p>
    <w:p>
      <w:r>
        <w:rPr>
          <w:b w:val="0"/>
          <w:sz w:val="22"/>
        </w:rPr>
        <w:t>Sr(a). _______________________________________________</w:t>
      </w:r>
    </w:p>
    <w:p>
      <w:r>
        <w:rPr>
          <w:b w:val="0"/>
          <w:sz w:val="22"/>
        </w:rPr>
        <w:t>Endereço: ____________________________________________</w:t>
      </w:r>
    </w:p>
    <w:p>
      <w:r>
        <w:rPr>
          <w:b w:val="0"/>
          <w:sz w:val="22"/>
        </w:rPr>
        <w:t>Cidade: _____________________ UF: _______ CEP: __________</w:t>
      </w:r>
    </w:p>
    <w:p/>
    <w:p>
      <w:r>
        <w:rPr>
          <w:b w:val="0"/>
          <w:sz w:val="22"/>
        </w:rPr>
        <w:t>Prezados Senhores,</w:t>
      </w:r>
    </w:p>
    <w:p/>
    <w:p>
      <w:r>
        <w:rPr>
          <w:b w:val="0"/>
          <w:sz w:val="22"/>
        </w:rPr>
        <w:t>Na qualidade de proprietário(a) do imóvel situado à ________________________________________________, venho por meio desta NOTIFICAR V.Sa. para que desocupe o referido imóvel,</w:t>
      </w:r>
    </w:p>
    <w:p>
      <w:r>
        <w:rPr>
          <w:b w:val="0"/>
          <w:sz w:val="22"/>
        </w:rPr>
        <w:t>no prazo máximo de 30 (trinta) dias a contar do recebimento desta notificação,</w:t>
      </w:r>
    </w:p>
    <w:p>
      <w:r>
        <w:rPr>
          <w:b w:val="0"/>
          <w:sz w:val="22"/>
        </w:rPr>
        <w:t>em conformidade com o artigo 62, inciso I, da Lei nº 8.245/1991 (Lei do Inquilinato),</w:t>
      </w:r>
    </w:p>
    <w:p>
      <w:r>
        <w:rPr>
          <w:b w:val="0"/>
          <w:sz w:val="22"/>
        </w:rPr>
        <w:t>por motivo de _________________________________________________________________.</w:t>
      </w:r>
    </w:p>
    <w:p>
      <w:r>
        <w:rPr>
          <w:b w:val="0"/>
          <w:sz w:val="22"/>
        </w:rPr>
      </w:r>
    </w:p>
    <w:p>
      <w:r>
        <w:rPr>
          <w:b w:val="0"/>
          <w:sz w:val="22"/>
        </w:rPr>
        <w:t>Esclareço que a não desocupação do imóvel no prazo estipulado poderá ensejar a propositura das medidas judiciais cabíveis para retomada do imóvel,</w:t>
      </w:r>
    </w:p>
    <w:p>
      <w:r>
        <w:rPr>
          <w:b w:val="0"/>
          <w:sz w:val="22"/>
        </w:rPr>
        <w:t>com a cobrança das custas processuais, honorários advocatícios e demais encargos legais decorrentes.</w:t>
      </w:r>
    </w:p>
    <w:p>
      <w:r>
        <w:rPr>
          <w:b w:val="0"/>
          <w:sz w:val="22"/>
        </w:rPr>
      </w:r>
    </w:p>
    <w:p>
      <w:r>
        <w:rPr>
          <w:b w:val="0"/>
          <w:sz w:val="22"/>
        </w:rPr>
        <w:t>Ressalto que esta notificação é formal e visa garantir a ampla defesa e o contraditório,</w:t>
      </w:r>
    </w:p>
    <w:p>
      <w:r>
        <w:rPr>
          <w:b w:val="0"/>
          <w:sz w:val="22"/>
        </w:rPr>
        <w:t>bem como a tentativa de solução extrajudicial para a desocupação do imóvel.</w:t>
      </w:r>
    </w:p>
    <w:p>
      <w:r>
        <w:rPr>
          <w:b w:val="0"/>
          <w:sz w:val="22"/>
        </w:rPr>
      </w:r>
    </w:p>
    <w:p>
      <w:r>
        <w:rPr>
          <w:b w:val="0"/>
          <w:sz w:val="22"/>
        </w:rPr>
        <w:t>Solicito, portanto, que V.Sa. proceda à entrega das chaves do imóvel no endereço supracitado,</w:t>
      </w:r>
    </w:p>
    <w:p>
      <w:r>
        <w:rPr>
          <w:b w:val="0"/>
          <w:sz w:val="22"/>
        </w:rPr>
        <w:t>no prazo acima estabelecido, evitando assim maiores transtornos e despesas.</w:t>
      </w:r>
    </w:p>
    <w:p>
      <w:r>
        <w:rPr>
          <w:b w:val="0"/>
          <w:sz w:val="22"/>
        </w:rPr>
      </w:r>
    </w:p>
    <w:p>
      <w:r>
        <w:rPr>
          <w:b w:val="0"/>
          <w:sz w:val="22"/>
        </w:rPr>
        <w:t>Sem mais para o momento, reitero meus protestos de estima e consideração.</w:t>
      </w:r>
    </w:p>
    <w:p/>
    <w:p/>
    <w:p>
      <w:r>
        <w:rPr>
          <w:b w:val="0"/>
          <w:sz w:val="22"/>
        </w:rPr>
        <w:t>Atenciosamente,</w:t>
      </w:r>
    </w:p>
    <w:p/>
    <w:p/>
    <w:p/>
    <w:p/>
    <w:p>
      <w:r>
        <w:rPr>
          <w:b w:val="0"/>
          <w:sz w:val="22"/>
        </w:rPr>
        <w:t>________________________________________________________</w:t>
      </w:r>
    </w:p>
    <w:p>
      <w:r>
        <w:rPr>
          <w:b w:val="0"/>
          <w:sz w:val="22"/>
        </w:rPr>
        <w:t>Nome do Proprietário / Notificante</w:t>
      </w:r>
    </w:p>
    <w:p>
      <w:r>
        <w:rPr>
          <w:b w:val="0"/>
          <w:sz w:val="22"/>
        </w:rPr>
        <w:t>CPF/CNPJ: _____________________________________________</w:t>
      </w:r>
    </w:p>
    <w:p>
      <w:r>
        <w:rPr>
          <w:b w:val="0"/>
          <w:sz w:val="22"/>
        </w:rPr>
        <w:t>Endereço: _____________________________________________</w:t>
      </w:r>
    </w:p>
    <w:p>
      <w:r>
        <w:rPr>
          <w:b w:val="0"/>
          <w:sz w:val="22"/>
        </w:rPr>
        <w:t>Telefone: _____________________________________________</w:t>
      </w:r>
    </w:p>
    <w:p>
      <w:r>
        <w:rPr>
          <w:b w:val="0"/>
          <w:sz w:val="22"/>
        </w:rPr>
        <w:t>E-mail: _______________________________________________</w:t>
      </w:r>
    </w:p>
    <w:p/>
    <w:p/>
    <w:p>
      <w:r>
        <w:rPr>
          <w:b/>
          <w:sz w:val="22"/>
        </w:rPr>
        <w:t>OBSERVAÇÃO:</w:t>
      </w:r>
    </w:p>
    <w:p>
      <w:r>
        <w:rPr>
          <w:b w:val="0"/>
          <w:sz w:val="22"/>
        </w:rPr>
        <w:t>Esta notificação é realizada para fins extrajudiciais, podendo ser utilizada como prova em eventual procedimento judicial.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https://modelo-jus.com/notificacao-extrajudicial-para-desocupacao-de-imovel/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s.com/notificacao-extrajudicial-para-desocupacao-de-imovel/" TargetMode="External"/><Relationship Id="rId10" Type="http://schemas.openxmlformats.org/officeDocument/2006/relationships/hyperlink" Target="https://modelo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