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ORDEM DE SERVIÇO</w:t>
      </w:r>
    </w:p>
    <w:p/>
    <w:p/>
    <w:p>
      <w:pPr>
        <w:jc w:val="left"/>
      </w:pPr>
      <w:r>
        <w:rPr>
          <w:b/>
          <w:sz w:val="22"/>
        </w:rPr>
        <w:t>1. IDENTIFICAÇÃO DA CONTRATANTE</w:t>
      </w:r>
    </w:p>
    <w:p>
      <w:pPr>
        <w:jc w:val="left"/>
      </w:pPr>
      <w:r>
        <w:rPr>
          <w:b w:val="0"/>
          <w:sz w:val="20"/>
        </w:rPr>
        <w:t>Razão Social: ____________________________________________________________</w:t>
      </w:r>
    </w:p>
    <w:p>
      <w:pPr>
        <w:jc w:val="left"/>
      </w:pPr>
      <w:r>
        <w:rPr>
          <w:b w:val="0"/>
          <w:sz w:val="20"/>
        </w:rPr>
        <w:t>CNPJ: _________________________________________________________________</w:t>
      </w:r>
    </w:p>
    <w:p>
      <w:pPr>
        <w:jc w:val="left"/>
      </w:pPr>
      <w:r>
        <w:rPr>
          <w:b w:val="0"/>
          <w:sz w:val="20"/>
        </w:rPr>
        <w:t>Endereço: _______________________________________________________________</w:t>
      </w:r>
    </w:p>
    <w:p>
      <w:pPr>
        <w:jc w:val="left"/>
      </w:pPr>
      <w:r>
        <w:rPr>
          <w:b w:val="0"/>
          <w:sz w:val="20"/>
        </w:rPr>
        <w:t>Telefone: _______________________________________________________________</w:t>
      </w:r>
    </w:p>
    <w:p>
      <w:pPr>
        <w:jc w:val="left"/>
      </w:pPr>
      <w:r>
        <w:rPr>
          <w:b w:val="0"/>
          <w:sz w:val="20"/>
        </w:rPr>
        <w:t>E-mail: _________________________________________________________________</w:t>
      </w:r>
    </w:p>
    <w:p/>
    <w:p>
      <w:pPr>
        <w:jc w:val="left"/>
      </w:pPr>
      <w:r>
        <w:rPr>
          <w:b/>
          <w:sz w:val="22"/>
        </w:rPr>
        <w:t>2. IDENTIFICAÇÃO DO PRESTADOR DE SERVIÇOS</w:t>
      </w:r>
    </w:p>
    <w:p>
      <w:pPr>
        <w:jc w:val="left"/>
      </w:pPr>
      <w:r>
        <w:rPr>
          <w:b w:val="0"/>
          <w:sz w:val="20"/>
        </w:rPr>
        <w:t>Nome/Razão Social: ______________________________________________________</w:t>
      </w:r>
    </w:p>
    <w:p>
      <w:pPr>
        <w:jc w:val="left"/>
      </w:pPr>
      <w:r>
        <w:rPr>
          <w:b w:val="0"/>
          <w:sz w:val="20"/>
        </w:rPr>
        <w:t>CPF/CNPJ: _______________________________________________________________</w:t>
      </w:r>
    </w:p>
    <w:p>
      <w:pPr>
        <w:jc w:val="left"/>
      </w:pPr>
      <w:r>
        <w:rPr>
          <w:b w:val="0"/>
          <w:sz w:val="20"/>
        </w:rPr>
        <w:t>Endereço: _______________________________________________________________</w:t>
      </w:r>
    </w:p>
    <w:p>
      <w:pPr>
        <w:jc w:val="left"/>
      </w:pPr>
      <w:r>
        <w:rPr>
          <w:b w:val="0"/>
          <w:sz w:val="20"/>
        </w:rPr>
        <w:t>Telefone: _______________________________________________________________</w:t>
      </w:r>
    </w:p>
    <w:p>
      <w:pPr>
        <w:jc w:val="left"/>
      </w:pPr>
      <w:r>
        <w:rPr>
          <w:b w:val="0"/>
          <w:sz w:val="20"/>
        </w:rPr>
        <w:t>E-mail: _________________________________________________________________</w:t>
      </w:r>
    </w:p>
    <w:p/>
    <w:p>
      <w:pPr>
        <w:jc w:val="left"/>
      </w:pPr>
      <w:r>
        <w:rPr>
          <w:b/>
          <w:sz w:val="22"/>
        </w:rPr>
        <w:t>3. OBJETO DA ORDEM DE SERVIÇO</w:t>
      </w:r>
    </w:p>
    <w:p>
      <w:pPr>
        <w:jc w:val="left"/>
      </w:pPr>
      <w:r>
        <w:rPr>
          <w:b w:val="0"/>
          <w:sz w:val="20"/>
        </w:rPr>
        <w:t>Descrição detalhada dos serviços a serem prestados, incluindo especificações técnicas, local de execução, metodologia, materiais e equipamentos necessários:</w:t>
      </w:r>
    </w:p>
    <w:p>
      <w:pPr>
        <w:jc w:val="left"/>
      </w:pPr>
      <w:r>
        <w:rPr>
          <w:b w:val="0"/>
          <w:sz w:val="20"/>
        </w:rPr>
        <w:t>______________________________________________________________________________</w:t>
      </w:r>
    </w:p>
    <w:p>
      <w:pPr>
        <w:jc w:val="left"/>
      </w:pPr>
      <w:r>
        <w:rPr>
          <w:b w:val="0"/>
          <w:sz w:val="20"/>
        </w:rPr>
        <w:t>______________________________________________________________________________</w:t>
      </w:r>
    </w:p>
    <w:p>
      <w:pPr>
        <w:jc w:val="left"/>
      </w:pPr>
      <w:r>
        <w:rPr>
          <w:b w:val="0"/>
          <w:sz w:val="20"/>
        </w:rPr>
        <w:t>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4. PRAZO DE EXECUÇÃO</w:t>
      </w:r>
    </w:p>
    <w:p>
      <w:pPr>
        <w:jc w:val="left"/>
      </w:pPr>
      <w:r>
        <w:rPr>
          <w:b w:val="0"/>
          <w:sz w:val="20"/>
        </w:rPr>
        <w:t>Data de início: __/__/____</w:t>
      </w:r>
    </w:p>
    <w:p>
      <w:pPr>
        <w:jc w:val="left"/>
      </w:pPr>
      <w:r>
        <w:rPr>
          <w:b w:val="0"/>
          <w:sz w:val="20"/>
        </w:rPr>
        <w:t>Data de término: __/__/____</w:t>
      </w:r>
    </w:p>
    <w:p>
      <w:pPr>
        <w:jc w:val="left"/>
      </w:pPr>
      <w:r>
        <w:rPr>
          <w:b w:val="0"/>
          <w:sz w:val="20"/>
        </w:rPr>
        <w:t>Observações sobre prazos intermediários e entregas parciais, se houver:</w:t>
      </w:r>
    </w:p>
    <w:p>
      <w:pPr>
        <w:jc w:val="left"/>
      </w:pPr>
      <w:r>
        <w:rPr>
          <w:b w:val="0"/>
          <w:sz w:val="20"/>
        </w:rPr>
        <w:t>______________________________________________________________________________</w:t>
      </w:r>
    </w:p>
    <w:p>
      <w:pPr>
        <w:jc w:val="left"/>
      </w:pPr>
      <w:r>
        <w:rPr>
          <w:b w:val="0"/>
          <w:sz w:val="20"/>
        </w:rPr>
        <w:t>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5. VALOR E CONDIÇÕES DE PAGAMENTO</w:t>
      </w:r>
    </w:p>
    <w:p>
      <w:pPr>
        <w:jc w:val="left"/>
      </w:pPr>
      <w:r>
        <w:rPr>
          <w:b w:val="0"/>
          <w:sz w:val="20"/>
        </w:rPr>
        <w:t>Valor total do serviço: R$ ________________________________</w:t>
      </w:r>
    </w:p>
    <w:p>
      <w:pPr>
        <w:jc w:val="left"/>
      </w:pPr>
      <w:r>
        <w:rPr>
          <w:b w:val="0"/>
          <w:sz w:val="20"/>
        </w:rPr>
        <w:t>Forma de pagamento: ______________________________________________________</w:t>
      </w:r>
    </w:p>
    <w:p>
      <w:pPr>
        <w:jc w:val="left"/>
      </w:pPr>
      <w:r>
        <w:rPr>
          <w:b w:val="0"/>
          <w:sz w:val="20"/>
        </w:rPr>
        <w:t>Condições e prazos de pagamento: ___________________________________________</w:t>
      </w:r>
    </w:p>
    <w:p>
      <w:pPr>
        <w:jc w:val="left"/>
      </w:pPr>
      <w:r>
        <w:rPr>
          <w:b w:val="0"/>
          <w:sz w:val="20"/>
        </w:rPr>
        <w:t>Multas e juros por atraso, se aplicáveis: ____________________________________</w:t>
      </w:r>
    </w:p>
    <w:p/>
    <w:p>
      <w:pPr>
        <w:jc w:val="left"/>
      </w:pPr>
      <w:r>
        <w:rPr>
          <w:b/>
          <w:sz w:val="22"/>
        </w:rPr>
        <w:t>6. OBRIGAÇÕES DO CONTRATADO</w:t>
      </w:r>
    </w:p>
    <w:p>
      <w:pPr>
        <w:jc w:val="left"/>
      </w:pPr>
      <w:r>
        <w:rPr>
          <w:b w:val="0"/>
          <w:sz w:val="20"/>
        </w:rPr>
        <w:t>- Executar os serviços conforme as especificações e prazos estabelecidos;</w:t>
      </w:r>
    </w:p>
    <w:p>
      <w:pPr>
        <w:jc w:val="left"/>
      </w:pPr>
      <w:r>
        <w:rPr>
          <w:b w:val="0"/>
          <w:sz w:val="20"/>
        </w:rPr>
        <w:t>- Utilizar materiais e equipamentos adequados e em conformidade com normas técnicas;</w:t>
      </w:r>
    </w:p>
    <w:p>
      <w:pPr>
        <w:jc w:val="left"/>
      </w:pPr>
      <w:r>
        <w:rPr>
          <w:b w:val="0"/>
          <w:sz w:val="20"/>
        </w:rPr>
        <w:t>- Cumprir normas de segurança do trabalho e legislação vigente;</w:t>
      </w:r>
    </w:p>
    <w:p>
      <w:pPr>
        <w:jc w:val="left"/>
      </w:pPr>
      <w:r>
        <w:rPr>
          <w:b w:val="0"/>
          <w:sz w:val="20"/>
        </w:rPr>
        <w:t>- Responsabilizar-se por eventuais danos causados durante a execução dos serviços;</w:t>
      </w:r>
    </w:p>
    <w:p>
      <w:pPr>
        <w:jc w:val="left"/>
      </w:pPr>
      <w:r>
        <w:rPr>
          <w:b w:val="0"/>
          <w:sz w:val="20"/>
        </w:rPr>
        <w:t>- Manter sigilo sobre informações confidenciais da contratante;</w:t>
      </w:r>
    </w:p>
    <w:p>
      <w:pPr>
        <w:jc w:val="left"/>
      </w:pPr>
      <w:r>
        <w:rPr>
          <w:b w:val="0"/>
          <w:sz w:val="20"/>
        </w:rPr>
        <w:t>- Apresentar relatórios ou documentos solicitados pela contratante;</w:t>
      </w:r>
    </w:p>
    <w:p/>
    <w:p>
      <w:pPr>
        <w:jc w:val="left"/>
      </w:pPr>
      <w:r>
        <w:rPr>
          <w:b/>
          <w:sz w:val="22"/>
        </w:rPr>
        <w:t>7. OBRIGAÇÕES DO CONTRATANTE</w:t>
      </w:r>
    </w:p>
    <w:p>
      <w:pPr>
        <w:jc w:val="left"/>
      </w:pPr>
      <w:r>
        <w:rPr>
          <w:b w:val="0"/>
          <w:sz w:val="20"/>
        </w:rPr>
        <w:t>- Fornecer informações, acesso e condições necessárias para a execução dos serviços;</w:t>
      </w:r>
    </w:p>
    <w:p>
      <w:pPr>
        <w:jc w:val="left"/>
      </w:pPr>
      <w:r>
        <w:rPr>
          <w:b w:val="0"/>
          <w:sz w:val="20"/>
        </w:rPr>
        <w:t>- Efetuar os pagamentos conforme condições acordadas;</w:t>
      </w:r>
    </w:p>
    <w:p>
      <w:pPr>
        <w:jc w:val="left"/>
      </w:pPr>
      <w:r>
        <w:rPr>
          <w:b w:val="0"/>
          <w:sz w:val="20"/>
        </w:rPr>
        <w:t>- Comunicar eventuais alterações ou problemas que possam impactar o serviço;</w:t>
      </w:r>
    </w:p>
    <w:p/>
    <w:p>
      <w:pPr>
        <w:jc w:val="left"/>
      </w:pPr>
      <w:r>
        <w:rPr>
          <w:b/>
          <w:sz w:val="22"/>
        </w:rPr>
        <w:t>8. RESCISÃO E PENALIDADES</w:t>
      </w:r>
    </w:p>
    <w:p>
      <w:pPr>
        <w:jc w:val="left"/>
      </w:pPr>
      <w:r>
        <w:rPr>
          <w:b w:val="0"/>
          <w:sz w:val="20"/>
        </w:rPr>
        <w:t>A ordem de serviço poderá ser rescindida por qualquer das partes mediante aviso prévio de __ dias, nas seguintes hipóteses:</w:t>
      </w:r>
    </w:p>
    <w:p>
      <w:pPr>
        <w:jc w:val="left"/>
      </w:pPr>
      <w:r>
        <w:rPr>
          <w:b w:val="0"/>
          <w:sz w:val="20"/>
        </w:rPr>
        <w:t>- Descumprimento das obrigações contratuais;</w:t>
      </w:r>
    </w:p>
    <w:p>
      <w:pPr>
        <w:jc w:val="left"/>
      </w:pPr>
      <w:r>
        <w:rPr>
          <w:b w:val="0"/>
          <w:sz w:val="20"/>
        </w:rPr>
        <w:t>- Insolvência ou falência de qualquer das partes;</w:t>
      </w:r>
    </w:p>
    <w:p>
      <w:pPr>
        <w:jc w:val="left"/>
      </w:pPr>
      <w:r>
        <w:rPr>
          <w:b w:val="0"/>
          <w:sz w:val="20"/>
        </w:rPr>
        <w:t>- Caso fortuito ou força maior que impeça a execução dos serviços.</w:t>
      </w:r>
    </w:p>
    <w:p>
      <w:pPr>
        <w:jc w:val="left"/>
      </w:pPr>
      <w:r>
        <w:rPr>
          <w:b w:val="0"/>
          <w:sz w:val="20"/>
        </w:rPr>
        <w:t>Penalidades por descumprimento, multa e indenizações deverão ser aplicadas conforme legislação vigente e acordo entre as partes.</w:t>
      </w:r>
    </w:p>
    <w:p/>
    <w:p>
      <w:pPr>
        <w:jc w:val="left"/>
      </w:pPr>
      <w:r>
        <w:rPr>
          <w:b/>
          <w:sz w:val="22"/>
        </w:rPr>
        <w:t>9. DISPOSIÇÕES GERAIS</w:t>
      </w:r>
    </w:p>
    <w:p>
      <w:pPr>
        <w:jc w:val="left"/>
      </w:pPr>
      <w:r>
        <w:rPr>
          <w:b w:val="0"/>
          <w:sz w:val="20"/>
        </w:rPr>
        <w:t>Esta ordem de serviço é regida pelas leis brasileiras e integra o acordo entre as partes, devendo ser interpretada em consonância com a legislação aplicável.</w:t>
      </w:r>
    </w:p>
    <w:p>
      <w:pPr>
        <w:jc w:val="left"/>
      </w:pPr>
      <w:r>
        <w:rPr>
          <w:b w:val="0"/>
          <w:sz w:val="20"/>
        </w:rPr>
        <w:t>Qualquer alteração deverá ser feita por escrito e assinada por ambos os envolvidos.</w:t>
      </w:r>
    </w:p>
    <w:p>
      <w:pPr>
        <w:jc w:val="left"/>
      </w:pPr>
      <w:r>
        <w:rPr>
          <w:b w:val="0"/>
          <w:sz w:val="20"/>
        </w:rPr>
        <w:t>As partes elegem o foro da comarca de ____________________ para dirimir quaisquer dúvidas ou litígios decorrentes deste documento.</w:t>
      </w:r>
    </w:p>
    <w:p/>
    <w:p/>
    <w:p>
      <w:pPr>
        <w:jc w:val="left"/>
      </w:pPr>
      <w:r>
        <w:rPr>
          <w:b w:val="0"/>
          <w:sz w:val="20"/>
        </w:rPr>
        <w:t>Local: _____________________________________________</w:t>
      </w:r>
    </w:p>
    <w:p>
      <w:pPr>
        <w:jc w:val="left"/>
      </w:pPr>
      <w:r>
        <w:rPr>
          <w:b w:val="0"/>
          <w:sz w:val="20"/>
        </w:rPr>
        <w:t>Data: ____/____/________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_________________________________________</w:t>
              <w:br/>
              <w:t>CONTRATANTE</w:t>
              <w:br/>
              <w:t>Nome: ___________________________</w:t>
              <w:br/>
              <w:t>CPF/CNPJ: ________________________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_________________________________________</w:t>
              <w:br/>
              <w:t>CONTRATADO</w:t>
              <w:br/>
              <w:t>Nome: ___________________________</w:t>
              <w:br/>
              <w:t>CPF/CNPJ: ________________________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https://modelo-jus.com/ordem-de-servico/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ordem-de-servic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