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INSTRUMENTO PARTICULAR DE PARTILHA AMIGÁVEL DE BENS</w:t>
      </w:r>
    </w:p>
    <w:p/>
    <w:p/>
    <w:p>
      <w:pPr>
        <w:jc w:val="both"/>
      </w:pPr>
      <w:r>
        <w:rPr>
          <w:b w:val="0"/>
          <w:sz w:val="20"/>
        </w:rPr>
        <w:t>Pelo presente instrumento particular, na melhor forma de direito, as partes abaixo assinadas,</w:t>
      </w:r>
    </w:p>
    <w:p>
      <w:pPr>
        <w:jc w:val="both"/>
      </w:pPr>
      <w:r>
        <w:rPr>
          <w:b w:val="0"/>
          <w:sz w:val="20"/>
        </w:rPr>
        <w:t>de comum acordo, resolvem fazer a partilha amigável dos bens constantes do espólio de ________,</w:t>
      </w:r>
    </w:p>
    <w:p>
      <w:pPr>
        <w:jc w:val="both"/>
      </w:pPr>
      <w:r>
        <w:rPr>
          <w:b w:val="0"/>
          <w:sz w:val="20"/>
        </w:rPr>
        <w:t>falecido(a) em __/__/____, conforme as cláusulas e condições seguintes:</w:t>
      </w:r>
    </w:p>
    <w:p/>
    <w:p/>
    <w:p>
      <w:pPr>
        <w:jc w:val="left"/>
      </w:pPr>
      <w:r>
        <w:rPr>
          <w:b/>
          <w:sz w:val="22"/>
        </w:rPr>
        <w:t>I – DAS PARTES</w:t>
      </w:r>
    </w:p>
    <w:p>
      <w:pPr>
        <w:jc w:val="both"/>
      </w:pPr>
      <w:r>
        <w:rPr>
          <w:b w:val="0"/>
          <w:sz w:val="20"/>
        </w:rPr>
        <w:t>1. Herdeiro(a) 1: ____________________________________________________________, brasileiro(a), estado civil ______________,</w:t>
      </w:r>
    </w:p>
    <w:p>
      <w:pPr>
        <w:jc w:val="both"/>
      </w:pPr>
      <w:r>
        <w:rPr>
          <w:b w:val="0"/>
          <w:sz w:val="20"/>
        </w:rPr>
        <w:t xml:space="preserve">   profissão _________________, portador(a) do RG nº ________________, inscrito(a) no CPF sob nº ________________, residente e domiciliado(a) na ________________________________________________________________;</w:t>
      </w:r>
    </w:p>
    <w:p/>
    <w:p>
      <w:pPr>
        <w:jc w:val="both"/>
      </w:pPr>
      <w:r>
        <w:rPr>
          <w:b w:val="0"/>
          <w:sz w:val="20"/>
        </w:rPr>
        <w:t>2. Herdeiro(a) 2: ____________________________________________________________, brasileiro(a), estado civil ______________,</w:t>
      </w:r>
    </w:p>
    <w:p>
      <w:pPr>
        <w:jc w:val="both"/>
      </w:pPr>
      <w:r>
        <w:rPr>
          <w:b w:val="0"/>
          <w:sz w:val="20"/>
        </w:rPr>
        <w:t xml:space="preserve">   profissão _________________, portador(a) do RG nº ________________, inscrito(a) no CPF sob nº ________________, residente e domiciliado(a) na ________________________________________________________________;</w:t>
      </w:r>
    </w:p>
    <w:p/>
    <w:p>
      <w:pPr>
        <w:jc w:val="both"/>
      </w:pPr>
      <w:r>
        <w:rPr>
          <w:b w:val="0"/>
          <w:sz w:val="20"/>
        </w:rPr>
        <w:t>3. (Demais herdeiros, se houver): _____________________________________________________________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II – DO ESPÓLIO</w:t>
      </w:r>
    </w:p>
    <w:p>
      <w:pPr>
        <w:jc w:val="both"/>
      </w:pPr>
      <w:r>
        <w:rPr>
          <w:b w:val="0"/>
          <w:sz w:val="20"/>
        </w:rPr>
        <w:t>O espólio deixado pelo(a) falecido(a) ____________________________________________________________, compreende os seguintes bens: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Descrição do Bem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Localização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Valor Aproximado (R$)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Imóvel residencial situado na Rua ________________, nº ____, Bairro __________, Cidade 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Rua ________________, nº ____, Bairro __________, Cidade 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Veículo marca/modelo ________________, placa 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Garagem do imóvel ou outro local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Dinheiro em conta bancária no Banco ________________, agência ____, conta 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Banco 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Demais bens móveis, direitos e créditos: ________________________________________________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</w:t>
            </w:r>
          </w:p>
        </w:tc>
      </w:tr>
    </w:tbl>
    <w:p/>
    <w:p/>
    <w:p>
      <w:pPr>
        <w:jc w:val="left"/>
      </w:pPr>
      <w:r>
        <w:rPr>
          <w:b/>
          <w:sz w:val="22"/>
        </w:rPr>
        <w:t>III – DA PARTILHA</w:t>
      </w:r>
    </w:p>
    <w:p>
      <w:pPr>
        <w:jc w:val="both"/>
      </w:pPr>
      <w:r>
        <w:rPr>
          <w:b w:val="0"/>
          <w:sz w:val="20"/>
        </w:rPr>
        <w:t>As partes acima identificadas, por este instrumento, acordam na seguinte partilha amigável dos bens do espólio:</w:t>
      </w:r>
    </w:p>
    <w:p/>
    <w:p>
      <w:pPr>
        <w:jc w:val="both"/>
      </w:pPr>
      <w:r>
        <w:rPr>
          <w:b w:val="0"/>
          <w:sz w:val="20"/>
        </w:rPr>
        <w:t>1. O imóvel descrito no item 1 será atribuído a _____________________________________________________________.</w:t>
      </w:r>
    </w:p>
    <w:p>
      <w:pPr>
        <w:jc w:val="both"/>
      </w:pPr>
      <w:r>
        <w:rPr>
          <w:b w:val="0"/>
          <w:sz w:val="20"/>
        </w:rPr>
        <w:t>2. O veículo descrito no item 2 será atribuído a _____________________________________________________________.</w:t>
      </w:r>
    </w:p>
    <w:p>
      <w:pPr>
        <w:jc w:val="both"/>
      </w:pPr>
      <w:r>
        <w:rPr>
          <w:b w:val="0"/>
          <w:sz w:val="20"/>
        </w:rPr>
        <w:t>3. O valor em conta bancária descrito no item 3 será dividido da seguinte forma:</w:t>
      </w:r>
    </w:p>
    <w:p>
      <w:pPr>
        <w:jc w:val="both"/>
      </w:pPr>
      <w:r>
        <w:rPr>
          <w:b w:val="0"/>
          <w:sz w:val="20"/>
        </w:rPr>
        <w:t xml:space="preserve">   a) ____________________________________________________________ receberá a quantia de R$ _____________.</w:t>
      </w:r>
    </w:p>
    <w:p>
      <w:pPr>
        <w:jc w:val="both"/>
      </w:pPr>
      <w:r>
        <w:rPr>
          <w:b w:val="0"/>
          <w:sz w:val="20"/>
        </w:rPr>
        <w:t xml:space="preserve">   b) ____________________________________________________________ receberá a quantia de R$ _____________.</w:t>
      </w:r>
    </w:p>
    <w:p>
      <w:pPr>
        <w:jc w:val="both"/>
      </w:pPr>
      <w:r>
        <w:rPr>
          <w:b w:val="0"/>
          <w:sz w:val="20"/>
        </w:rPr>
        <w:t>4. Os demais bens móveis, direitos e créditos serão partilhados conforme acordo entre as partes:</w:t>
      </w:r>
    </w:p>
    <w:p>
      <w:pPr>
        <w:jc w:val="both"/>
      </w:pPr>
      <w:r>
        <w:rPr>
          <w:b w:val="0"/>
          <w:sz w:val="20"/>
        </w:rPr>
        <w:t xml:space="preserve">   ________________________________________________________________________________________________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 xml:space="preserve">   ________________________________________________________________________________________________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IV – DAS DISPOSIÇÕES GERAIS</w:t>
      </w:r>
    </w:p>
    <w:p>
      <w:pPr>
        <w:jc w:val="both"/>
      </w:pPr>
      <w:r>
        <w:rPr>
          <w:b w:val="0"/>
          <w:sz w:val="20"/>
        </w:rPr>
        <w:t>1. As partes declaram que esta partilha se dá em caráter amigável, sem qualquer vício de consentimento,</w:t>
      </w:r>
    </w:p>
    <w:p>
      <w:pPr>
        <w:jc w:val="both"/>
      </w:pPr>
      <w:r>
        <w:rPr>
          <w:b w:val="0"/>
          <w:sz w:val="20"/>
        </w:rPr>
        <w:t xml:space="preserve">   estando cientes e de acordo com todos os termos aqui descritos.</w:t>
      </w:r>
    </w:p>
    <w:p>
      <w:pPr>
        <w:jc w:val="both"/>
      </w:pPr>
      <w:r>
        <w:rPr>
          <w:b w:val="0"/>
          <w:sz w:val="20"/>
        </w:rPr>
        <w:t>2. Este instrumento visa a homologação judicial da partilha amigável do espólio do(a) falecido(a),</w:t>
      </w:r>
    </w:p>
    <w:p>
      <w:pPr>
        <w:jc w:val="both"/>
      </w:pPr>
      <w:r>
        <w:rPr>
          <w:b w:val="0"/>
          <w:sz w:val="20"/>
        </w:rPr>
        <w:t xml:space="preserve">   para que produza seus jurídicos e legais efeitos.</w:t>
      </w:r>
    </w:p>
    <w:p>
      <w:pPr>
        <w:jc w:val="both"/>
      </w:pPr>
      <w:r>
        <w:rPr>
          <w:b w:val="0"/>
          <w:sz w:val="20"/>
        </w:rPr>
        <w:t>3. As partes se comprometem a praticar todos os atos necessários para o registro e transferência dos bens</w:t>
      </w:r>
    </w:p>
    <w:p>
      <w:pPr>
        <w:jc w:val="both"/>
      </w:pPr>
      <w:r>
        <w:rPr>
          <w:b w:val="0"/>
          <w:sz w:val="20"/>
        </w:rPr>
        <w:t xml:space="preserve">   conforme aqui acordado.</w:t>
      </w:r>
    </w:p>
    <w:p>
      <w:pPr>
        <w:jc w:val="both"/>
      </w:pPr>
      <w:r>
        <w:rPr>
          <w:b w:val="0"/>
          <w:sz w:val="20"/>
        </w:rPr>
        <w:t>4. Eventuais despesas relativas à partilha, como custas cartorárias e impostos, serão rateadas entre as partes</w:t>
      </w:r>
    </w:p>
    <w:p>
      <w:pPr>
        <w:jc w:val="both"/>
      </w:pPr>
      <w:r>
        <w:rPr>
          <w:b w:val="0"/>
          <w:sz w:val="20"/>
        </w:rPr>
        <w:t xml:space="preserve">   na proporção de suas quotas hereditárias, salvo acordo diverso entre elas.</w:t>
      </w:r>
    </w:p>
    <w:p/>
    <w:p/>
    <w:p>
      <w:pPr>
        <w:jc w:val="left"/>
      </w:pPr>
      <w:r>
        <w:rPr>
          <w:b/>
          <w:sz w:val="22"/>
        </w:rPr>
        <w:t>V – DO VALOR TOTAL DO ESPÓLIO</w:t>
      </w:r>
    </w:p>
    <w:p>
      <w:pPr>
        <w:jc w:val="both"/>
      </w:pPr>
      <w:r>
        <w:rPr>
          <w:b w:val="0"/>
          <w:sz w:val="20"/>
        </w:rPr>
        <w:t>O valor total estimado do espólio objeto desta partilha é de R$ ___________________________________________ (______________________________________________),</w:t>
      </w:r>
    </w:p>
    <w:p>
      <w:pPr>
        <w:jc w:val="both"/>
      </w:pPr>
      <w:r>
        <w:rPr>
          <w:b w:val="0"/>
          <w:sz w:val="20"/>
        </w:rPr>
        <w:t>valor este que serve apenas para fins fiscais e de registro.</w:t>
      </w:r>
    </w:p>
    <w:p/>
    <w:p/>
    <w:p>
      <w:pPr>
        <w:jc w:val="left"/>
      </w:pPr>
      <w:r>
        <w:rPr>
          <w:b/>
          <w:sz w:val="22"/>
        </w:rPr>
        <w:t>VI – DAS ASSINATURAS</w:t>
      </w:r>
    </w:p>
    <w:p>
      <w:pPr>
        <w:jc w:val="both"/>
      </w:pPr>
      <w:r>
        <w:rPr>
          <w:b w:val="0"/>
          <w:sz w:val="20"/>
        </w:rPr>
        <w:t>Por estarem justas e acordadas, as partes assinam o presente instrumento em 3 (três) vias de igual teor e forma, para que produza seus jurídicos e legais efeitos.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402"/>
          </w:tcPr>
          <w:p>
            <w:r>
              <w:rPr>
                <w:b/>
              </w:rPr>
              <w:t>__________________________________________________</w:t>
            </w:r>
          </w:p>
        </w:tc>
        <w:tc>
          <w:tcPr>
            <w:tcW w:type="dxa" w:w="3402"/>
          </w:tcPr>
          <w:p>
            <w:r>
              <w:rPr>
                <w:b/>
              </w:rPr>
              <w:t>__________________________________________________</w:t>
            </w:r>
          </w:p>
        </w:tc>
        <w:tc>
          <w:tcPr>
            <w:tcW w:type="dxa" w:w="3402"/>
          </w:tcPr>
          <w:p>
            <w:r>
              <w:rPr>
                <w:b/>
              </w:rPr>
              <w:t>__________________________________________________</w:t>
            </w:r>
          </w:p>
        </w:tc>
      </w:tr>
      <w:tr>
        <w:tc>
          <w:tcPr>
            <w:tcW w:type="dxa" w:w="3402"/>
          </w:tcPr>
          <w:p>
            <w:r>
              <w:rPr>
                <w:i/>
              </w:rPr>
              <w:t>Assinatura Herdeiro(a) 1</w:t>
            </w:r>
          </w:p>
        </w:tc>
        <w:tc>
          <w:tcPr>
            <w:tcW w:type="dxa" w:w="3402"/>
          </w:tcPr>
          <w:p>
            <w:r>
              <w:rPr>
                <w:i/>
              </w:rPr>
              <w:t>Assinatura Herdeiro(a) 2</w:t>
            </w:r>
          </w:p>
        </w:tc>
        <w:tc>
          <w:tcPr>
            <w:tcW w:type="dxa" w:w="3402"/>
          </w:tcPr>
          <w:p>
            <w:r>
              <w:rPr>
                <w:i/>
              </w:rPr>
              <w:t>Assinatura Herdeiro(a) 3 (se houver)</w:t>
            </w:r>
          </w:p>
        </w:tc>
      </w:tr>
    </w:tbl>
    <w:p/>
    <w:p/>
    <w:p/>
    <w:p>
      <w:pPr>
        <w:jc w:val="both"/>
      </w:pPr>
      <w:r>
        <w:rPr>
          <w:b/>
          <w:sz w:val="20"/>
        </w:rPr>
        <w:t>Reconheço a firma das partes acima assinadas.</w:t>
      </w:r>
    </w:p>
    <w:p/>
    <w:p/>
    <w:p/>
    <w:p/>
    <w:p>
      <w:pPr>
        <w:jc w:val="both"/>
      </w:pPr>
      <w:r>
        <w:rPr>
          <w:b w:val="0"/>
          <w:sz w:val="20"/>
        </w:rPr>
        <w:t>_______________________________________</w:t>
      </w:r>
    </w:p>
    <w:p>
      <w:pPr>
        <w:jc w:val="both"/>
      </w:pPr>
      <w:r>
        <w:rPr>
          <w:b w:val="0"/>
          <w:sz w:val="20"/>
        </w:rPr>
        <w:t>Tabelião / Oficial do Cartório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https://modelo-jus.com/partilha-amigavel/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partilha-amigavel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