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PETIÇÃO ADMINISTRATIVA</w:t>
      </w:r>
    </w:p>
    <w:p/>
    <w:p/>
    <w:p>
      <w:pPr>
        <w:ind w:firstLine="360"/>
        <w:jc w:val="both"/>
      </w:pPr>
      <w:r>
        <w:rPr>
          <w:b w:val="0"/>
          <w:sz w:val="22"/>
        </w:rPr>
        <w:t>À</w:t>
      </w:r>
    </w:p>
    <w:p>
      <w:pPr>
        <w:ind w:firstLine="360"/>
        <w:jc w:val="both"/>
      </w:pPr>
      <w:r>
        <w:rPr>
          <w:b w:val="0"/>
          <w:sz w:val="22"/>
        </w:rPr>
        <w:t>______________________________________________</w:t>
      </w:r>
    </w:p>
    <w:p>
      <w:pPr>
        <w:ind w:firstLine="360"/>
        <w:jc w:val="both"/>
      </w:pPr>
      <w:r>
        <w:rPr>
          <w:b w:val="0"/>
          <w:sz w:val="22"/>
        </w:rPr>
        <w:t>Órgão Administrativo Competente</w:t>
      </w:r>
    </w:p>
    <w:p>
      <w:pPr>
        <w:ind w:firstLine="360"/>
        <w:jc w:val="both"/>
      </w:pPr>
      <w:r>
        <w:rPr>
          <w:b w:val="0"/>
          <w:sz w:val="22"/>
        </w:rPr>
        <w:t>Endereço Completo</w:t>
      </w:r>
    </w:p>
    <w:p>
      <w:pPr>
        <w:ind w:firstLine="360"/>
        <w:jc w:val="both"/>
      </w:pPr>
      <w:r>
        <w:rPr>
          <w:b w:val="0"/>
          <w:sz w:val="22"/>
        </w:rPr>
        <w:t>Cidade - Estado</w:t>
      </w:r>
    </w:p>
    <w:p>
      <w:pPr>
        <w:ind w:firstLine="360"/>
        <w:jc w:val="both"/>
      </w:pPr>
      <w:r>
        <w:rPr>
          <w:b w:val="0"/>
          <w:sz w:val="22"/>
        </w:rPr>
        <w:t>CEP: ____________</w:t>
      </w:r>
    </w:p>
    <w:p/>
    <w:p/>
    <w:p>
      <w:pPr>
        <w:ind w:firstLine="360"/>
        <w:jc w:val="both"/>
      </w:pPr>
      <w:r>
        <w:rPr>
          <w:b w:val="0"/>
          <w:sz w:val="22"/>
        </w:rPr>
        <w:t>REQUERENTE:</w:t>
      </w:r>
    </w:p>
    <w:p>
      <w:pPr>
        <w:ind w:firstLine="360"/>
        <w:jc w:val="both"/>
      </w:pPr>
      <w:r>
        <w:rPr>
          <w:b w:val="0"/>
          <w:sz w:val="22"/>
        </w:rPr>
        <w:t>Nome completo: __________________________________________________________</w:t>
      </w:r>
    </w:p>
    <w:p>
      <w:pPr>
        <w:ind w:firstLine="360"/>
        <w:jc w:val="both"/>
      </w:pPr>
      <w:r>
        <w:rPr>
          <w:b w:val="0"/>
          <w:sz w:val="22"/>
        </w:rPr>
        <w:t>Nacionalidade: __________________________________________________________</w:t>
      </w:r>
    </w:p>
    <w:p>
      <w:pPr>
        <w:ind w:firstLine="360"/>
        <w:jc w:val="both"/>
      </w:pPr>
      <w:r>
        <w:rPr>
          <w:b w:val="0"/>
          <w:sz w:val="22"/>
        </w:rPr>
        <w:t>Estado Civil: ____________________________________________________________</w:t>
      </w:r>
    </w:p>
    <w:p>
      <w:pPr>
        <w:ind w:firstLine="360"/>
        <w:jc w:val="both"/>
      </w:pPr>
      <w:r>
        <w:rPr>
          <w:b w:val="0"/>
          <w:sz w:val="22"/>
        </w:rPr>
        <w:t>Profissão: _______________________________________________________________</w:t>
      </w:r>
    </w:p>
    <w:p>
      <w:pPr>
        <w:ind w:firstLine="360"/>
        <w:jc w:val="both"/>
      </w:pPr>
      <w:r>
        <w:rPr>
          <w:b w:val="0"/>
          <w:sz w:val="22"/>
        </w:rPr>
        <w:t>Documento de Identidade (RG): _____________________________________________</w:t>
      </w:r>
    </w:p>
    <w:p>
      <w:pPr>
        <w:ind w:firstLine="360"/>
        <w:jc w:val="both"/>
      </w:pPr>
      <w:r>
        <w:rPr>
          <w:b w:val="0"/>
          <w:sz w:val="22"/>
        </w:rPr>
        <w:t>CPF: ____________________________________________________________________</w:t>
      </w:r>
    </w:p>
    <w:p>
      <w:pPr>
        <w:ind w:firstLine="360"/>
        <w:jc w:val="both"/>
      </w:pPr>
      <w:r>
        <w:rPr>
          <w:b w:val="0"/>
          <w:sz w:val="22"/>
        </w:rPr>
        <w:t>Endereço residencial: _____________________________________________________</w:t>
      </w:r>
    </w:p>
    <w:p>
      <w:pPr>
        <w:ind w:firstLine="360"/>
        <w:jc w:val="both"/>
      </w:pPr>
      <w:r>
        <w:rPr>
          <w:b w:val="0"/>
          <w:sz w:val="22"/>
        </w:rPr>
        <w:t>Bairro: ___________________________ Cidade: _____________________________</w:t>
      </w:r>
    </w:p>
    <w:p>
      <w:pPr>
        <w:ind w:firstLine="360"/>
        <w:jc w:val="both"/>
      </w:pPr>
      <w:r>
        <w:rPr>
          <w:b w:val="0"/>
          <w:sz w:val="22"/>
        </w:rPr>
        <w:t>Estado: __________ CEP: _______________</w:t>
      </w:r>
    </w:p>
    <w:p>
      <w:pPr>
        <w:ind w:firstLine="360"/>
        <w:jc w:val="both"/>
      </w:pPr>
      <w:r>
        <w:rPr>
          <w:b w:val="0"/>
          <w:sz w:val="22"/>
        </w:rPr>
        <w:t>Telefone: _________________________ E-mail: ______________________________</w:t>
      </w:r>
    </w:p>
    <w:p/>
    <w:p/>
    <w:p>
      <w:pPr>
        <w:ind w:firstLine="360"/>
        <w:jc w:val="both"/>
      </w:pPr>
      <w:r>
        <w:rPr>
          <w:b w:val="0"/>
          <w:sz w:val="22"/>
        </w:rPr>
        <w:t>PROCURADOR (se houver):</w:t>
      </w:r>
    </w:p>
    <w:p>
      <w:pPr>
        <w:ind w:firstLine="360"/>
        <w:jc w:val="both"/>
      </w:pPr>
      <w:r>
        <w:rPr>
          <w:b w:val="0"/>
          <w:sz w:val="22"/>
        </w:rPr>
        <w:t>Nome completo: __________________________________________________________</w:t>
      </w:r>
    </w:p>
    <w:p>
      <w:pPr>
        <w:ind w:firstLine="360"/>
        <w:jc w:val="both"/>
      </w:pPr>
      <w:r>
        <w:rPr>
          <w:b w:val="0"/>
          <w:sz w:val="22"/>
        </w:rPr>
        <w:t>OAB nº: __________________________ Estado: ______________________________</w:t>
      </w:r>
    </w:p>
    <w:p>
      <w:pPr>
        <w:ind w:firstLine="360"/>
        <w:jc w:val="both"/>
      </w:pPr>
      <w:r>
        <w:rPr>
          <w:b w:val="0"/>
          <w:sz w:val="22"/>
        </w:rPr>
        <w:t>Endereço profissional: ___________________________________________________</w:t>
      </w:r>
    </w:p>
    <w:p>
      <w:pPr>
        <w:ind w:firstLine="360"/>
        <w:jc w:val="both"/>
      </w:pPr>
      <w:r>
        <w:rPr>
          <w:b w:val="0"/>
          <w:sz w:val="22"/>
        </w:rPr>
        <w:t>Telefone: _________________________ E-mail: ______________________________</w:t>
      </w:r>
    </w:p>
    <w:p/>
    <w:p/>
    <w:p>
      <w:r>
        <w:rPr>
          <w:b/>
          <w:sz w:val="22"/>
        </w:rPr>
        <w:t>I – DOS FATOS E FUNDAMENTOS</w:t>
      </w:r>
    </w:p>
    <w:p/>
    <w:p>
      <w:pPr>
        <w:ind w:firstLine="360"/>
        <w:jc w:val="both"/>
      </w:pPr>
      <w:r>
        <w:rPr>
          <w:b w:val="0"/>
          <w:sz w:val="22"/>
        </w:rPr>
        <w:t>O Requerente apresenta esta petição administrativa com o objetivo de requerer a análise e providências relativas a _________________________________________________________________.</w:t>
      </w:r>
    </w:p>
    <w:p>
      <w:pPr>
        <w:ind w:firstLine="360"/>
        <w:jc w:val="both"/>
      </w:pPr>
      <w:r>
        <w:rPr>
          <w:b w:val="0"/>
          <w:sz w:val="22"/>
        </w:rPr>
        <w:t>Segue a exposição detalhada dos fatos que motivam o presente pedido:</w:t>
      </w:r>
    </w:p>
    <w:p>
      <w:pPr>
        <w:ind w:firstLine="360"/>
        <w:jc w:val="both"/>
      </w:pPr>
      <w:r>
        <w:rPr>
          <w:b w:val="0"/>
          <w:sz w:val="22"/>
        </w:rPr>
        <w:t>1. ___________________________________________________________________________</w:t>
      </w:r>
    </w:p>
    <w:p>
      <w:pPr>
        <w:ind w:firstLine="360"/>
        <w:jc w:val="both"/>
      </w:pPr>
      <w:r>
        <w:rPr>
          <w:b w:val="0"/>
          <w:sz w:val="22"/>
        </w:rPr>
        <w:t>2. ___________________________________________________________________________</w:t>
      </w:r>
    </w:p>
    <w:p>
      <w:pPr>
        <w:ind w:firstLine="360"/>
        <w:jc w:val="both"/>
      </w:pPr>
      <w:r>
        <w:rPr>
          <w:b w:val="0"/>
          <w:sz w:val="22"/>
        </w:rPr>
        <w:t>3. ___________________________________________________________________________</w:t>
      </w:r>
    </w:p>
    <w:p>
      <w:pPr>
        <w:ind w:firstLine="360"/>
        <w:jc w:val="both"/>
      </w:pPr>
      <w:r>
        <w:rPr>
          <w:b w:val="0"/>
          <w:sz w:val="22"/>
        </w:rPr>
        <w:t>4. ___________________________________________________________________________</w:t>
      </w:r>
    </w:p>
    <w:p>
      <w:pPr>
        <w:ind w:firstLine="360"/>
        <w:jc w:val="both"/>
      </w:pPr>
      <w:r>
        <w:rPr>
          <w:b w:val="0"/>
          <w:sz w:val="22"/>
        </w:rPr>
        <w:t>5. ___________________________________________________________________________</w:t>
      </w:r>
    </w:p>
    <w:p/>
    <w:p>
      <w:pPr>
        <w:ind w:firstLine="360"/>
        <w:jc w:val="both"/>
      </w:pPr>
      <w:r>
        <w:rPr>
          <w:b w:val="0"/>
          <w:sz w:val="22"/>
        </w:rPr>
        <w:t>Os fundamentos jurídicos que amparam o presente requerimento são os seguintes:</w:t>
      </w:r>
    </w:p>
    <w:p>
      <w:pPr>
        <w:ind w:firstLine="360"/>
        <w:jc w:val="both"/>
      </w:pPr>
      <w:r>
        <w:rPr>
          <w:b w:val="0"/>
          <w:sz w:val="22"/>
        </w:rPr>
        <w:t>1. ___________________________________________________________________________</w:t>
      </w:r>
    </w:p>
    <w:p>
      <w:pPr>
        <w:ind w:firstLine="360"/>
        <w:jc w:val="both"/>
      </w:pPr>
      <w:r>
        <w:rPr>
          <w:b w:val="0"/>
          <w:sz w:val="22"/>
        </w:rPr>
        <w:t>2. ___________________________________________________________________________</w:t>
      </w:r>
    </w:p>
    <w:p>
      <w:pPr>
        <w:ind w:firstLine="360"/>
        <w:jc w:val="both"/>
      </w:pPr>
      <w:r>
        <w:rPr>
          <w:b w:val="0"/>
          <w:sz w:val="22"/>
        </w:rPr>
        <w:t>3. ___________________________________________________________________________</w:t>
      </w:r>
    </w:p>
    <w:p>
      <w:pPr>
        <w:ind w:firstLine="360"/>
        <w:jc w:val="both"/>
      </w:pPr>
      <w:r>
        <w:rPr>
          <w:b w:val="0"/>
          <w:sz w:val="22"/>
        </w:rPr>
        <w:t>4. ___________________________________________________________________________</w:t>
      </w:r>
    </w:p>
    <w:p>
      <w:pPr>
        <w:ind w:firstLine="360"/>
        <w:jc w:val="both"/>
      </w:pPr>
      <w:r>
        <w:rPr>
          <w:b w:val="0"/>
          <w:sz w:val="22"/>
        </w:rPr>
        <w:t>5. ___________________________________________________________________________</w:t>
      </w:r>
    </w:p>
    <w:p/>
    <w:p/>
    <w:p>
      <w:r>
        <w:rPr>
          <w:b/>
          <w:sz w:val="22"/>
        </w:rPr>
        <w:t>II – DOS DOCUMENTOS ANEXADOS</w:t>
      </w:r>
    </w:p>
    <w:p>
      <w:pPr>
        <w:ind w:firstLine="360"/>
        <w:jc w:val="both"/>
      </w:pPr>
      <w:r>
        <w:rPr>
          <w:b w:val="0"/>
          <w:sz w:val="22"/>
        </w:rPr>
        <w:t>Para comprovar os fatos alegados, junta-se à presente petição os seguintes documentos:</w:t>
      </w:r>
    </w:p>
    <w:p>
      <w:pPr>
        <w:ind w:firstLine="360"/>
        <w:jc w:val="both"/>
      </w:pPr>
      <w:r>
        <w:rPr>
          <w:b w:val="0"/>
          <w:sz w:val="22"/>
        </w:rPr>
        <w:t>• ___________________________________________________________________________</w:t>
      </w:r>
    </w:p>
    <w:p>
      <w:pPr>
        <w:ind w:firstLine="360"/>
        <w:jc w:val="both"/>
      </w:pPr>
      <w:r>
        <w:rPr>
          <w:b w:val="0"/>
          <w:sz w:val="22"/>
        </w:rPr>
        <w:t>• ___________________________________________________________________________</w:t>
      </w:r>
    </w:p>
    <w:p>
      <w:pPr>
        <w:ind w:firstLine="360"/>
        <w:jc w:val="both"/>
      </w:pPr>
      <w:r>
        <w:rPr>
          <w:b w:val="0"/>
          <w:sz w:val="22"/>
        </w:rPr>
        <w:t>• ___________________________________________________________________________</w:t>
      </w:r>
    </w:p>
    <w:p>
      <w:pPr>
        <w:ind w:firstLine="360"/>
        <w:jc w:val="both"/>
      </w:pPr>
      <w:r>
        <w:rPr>
          <w:b w:val="0"/>
          <w:sz w:val="22"/>
        </w:rPr>
        <w:t>• ___________________________________________________________________________</w:t>
      </w:r>
    </w:p>
    <w:p>
      <w:pPr>
        <w:ind w:firstLine="360"/>
        <w:jc w:val="both"/>
      </w:pPr>
      <w:r>
        <w:rPr>
          <w:b w:val="0"/>
          <w:sz w:val="22"/>
        </w:rPr>
        <w:t>• ___________________________________________________________________________</w:t>
      </w:r>
    </w:p>
    <w:p/>
    <w:p/>
    <w:p>
      <w:r>
        <w:rPr>
          <w:b/>
          <w:sz w:val="22"/>
        </w:rPr>
        <w:t>III – DOS PEDIDOS</w:t>
      </w:r>
    </w:p>
    <w:p>
      <w:pPr>
        <w:ind w:firstLine="360"/>
        <w:jc w:val="both"/>
      </w:pPr>
      <w:r>
        <w:rPr>
          <w:b w:val="0"/>
          <w:sz w:val="22"/>
        </w:rPr>
        <w:t>Diante do exposto, requer:</w:t>
      </w:r>
    </w:p>
    <w:p>
      <w:pPr>
        <w:ind w:firstLine="360"/>
        <w:jc w:val="both"/>
      </w:pPr>
      <w:r>
        <w:rPr>
          <w:b w:val="0"/>
          <w:sz w:val="22"/>
        </w:rPr>
        <w:t>1. O recebimento e processamento da presente petição administrativa;</w:t>
      </w:r>
    </w:p>
    <w:p>
      <w:pPr>
        <w:ind w:firstLine="360"/>
        <w:jc w:val="both"/>
      </w:pPr>
      <w:r>
        <w:rPr>
          <w:b w:val="0"/>
          <w:sz w:val="22"/>
        </w:rPr>
        <w:t>2. A análise detalhada dos fatos e documentos apresentados;</w:t>
      </w:r>
    </w:p>
    <w:p>
      <w:pPr>
        <w:ind w:firstLine="360"/>
        <w:jc w:val="both"/>
      </w:pPr>
      <w:r>
        <w:rPr>
          <w:b w:val="0"/>
          <w:sz w:val="22"/>
        </w:rPr>
        <w:t>3. A concessão da(s) providência(s) cabível(eis) conforme fundamentação acima;</w:t>
      </w:r>
    </w:p>
    <w:p>
      <w:pPr>
        <w:ind w:firstLine="360"/>
        <w:jc w:val="both"/>
      </w:pPr>
      <w:r>
        <w:rPr>
          <w:b w:val="0"/>
          <w:sz w:val="22"/>
        </w:rPr>
        <w:t>4. A intimação do requerente para ciência e acompanhamento do andamento do presente processo;</w:t>
      </w:r>
    </w:p>
    <w:p>
      <w:pPr>
        <w:ind w:firstLine="360"/>
        <w:jc w:val="both"/>
      </w:pPr>
      <w:r>
        <w:rPr>
          <w:b w:val="0"/>
          <w:sz w:val="22"/>
        </w:rPr>
        <w:t>5. A expedição de decisão administrativa favorável, no prazo legal, em atenção aos direitos do Requerente.</w:t>
      </w:r>
    </w:p>
    <w:p/>
    <w:p/>
    <w:p>
      <w:pPr>
        <w:ind w:firstLine="360"/>
        <w:jc w:val="both"/>
      </w:pPr>
      <w:r>
        <w:rPr>
          <w:b w:val="0"/>
          <w:sz w:val="22"/>
        </w:rPr>
        <w:t>Nestes termos,</w:t>
      </w:r>
    </w:p>
    <w:p>
      <w:pPr>
        <w:ind w:firstLine="360"/>
        <w:jc w:val="both"/>
      </w:pPr>
      <w:r>
        <w:rPr>
          <w:b w:val="0"/>
          <w:sz w:val="22"/>
        </w:rPr>
        <w:t>Pede deferimento.</w:t>
      </w:r>
    </w:p>
    <w:p/>
    <w:p/>
    <w:p/>
    <w:p>
      <w:pPr>
        <w:ind w:firstLine="360"/>
        <w:jc w:val="both"/>
      </w:pPr>
      <w:r>
        <w:rPr>
          <w:b w:val="0"/>
          <w:sz w:val="22"/>
        </w:rPr>
        <w:t>__________________________, ________________________________</w:t>
      </w:r>
    </w:p>
    <w:p>
      <w:pPr>
        <w:ind w:firstLine="360"/>
        <w:jc w:val="both"/>
      </w:pPr>
      <w:r>
        <w:rPr>
          <w:b w:val="0"/>
          <w:sz w:val="22"/>
        </w:rPr>
        <w:t>Local                                        Data</w:t>
      </w:r>
    </w:p>
    <w:p/>
    <w:p/>
    <w:p/>
    <w:p>
      <w:pPr>
        <w:ind w:firstLine="360"/>
        <w:jc w:val="both"/>
      </w:pPr>
      <w:r>
        <w:rPr>
          <w:b w:val="0"/>
          <w:sz w:val="22"/>
        </w:rPr>
        <w:t>___________________________________________</w:t>
      </w:r>
    </w:p>
    <w:p>
      <w:pPr>
        <w:ind w:firstLine="360"/>
        <w:jc w:val="both"/>
      </w:pPr>
      <w:r>
        <w:rPr>
          <w:b w:val="0"/>
          <w:sz w:val="22"/>
        </w:rPr>
        <w:t>Nome do Requerente / Assinatura</w:t>
      </w:r>
    </w:p>
    <w:p/>
    <w:p/>
    <w:p>
      <w:pPr>
        <w:ind w:firstLine="360"/>
        <w:jc w:val="both"/>
      </w:pPr>
      <w:r>
        <w:rPr>
          <w:b w:val="0"/>
          <w:sz w:val="22"/>
        </w:rPr>
        <w:t>___________________________________________</w:t>
      </w:r>
    </w:p>
    <w:p>
      <w:pPr>
        <w:ind w:firstLine="360"/>
        <w:jc w:val="both"/>
      </w:pPr>
      <w:r>
        <w:rPr>
          <w:b w:val="0"/>
          <w:sz w:val="22"/>
        </w:rPr>
        <w:t>Nome do Procurador / Assinatura (se houver)</w:t>
      </w:r>
    </w:p>
    <w:p/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https://modelo-jus.com/peticao-administrativa/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https://modelo-jus.com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modelo-jus.com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odelo-jus.com/peticao-administrativa/" TargetMode="External"/><Relationship Id="rId10" Type="http://schemas.openxmlformats.org/officeDocument/2006/relationships/hyperlink" Target="https://modelo-ju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