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 SENHOR DOUTOR PRESIDENTE DA ASSEMBLEIA GERAL DE [NOME DA ENTIDADE]</w:t>
      </w:r>
    </w:p>
    <w:p/>
    <w:p/>
    <w:p>
      <w:r>
        <w:rPr>
          <w:b w:val="0"/>
          <w:i w:val="0"/>
          <w:sz w:val="22"/>
        </w:rPr>
        <w:t>Eu, [NOME COMPLETO DO RENUNCIANTE], brasileiro(a), [estado civil], portador(a) do RG nº [NÚMERO DO RG], inscrito(a) no CPF sob o nº [NÚMERO DO CPF], residente e domiciliado(a) à [ENDEREÇO COMPLETO], na qualidade de membro do(a) [CARGO/FUNÇÃO QUE EXERCE NA ENTIDADE], venho, respeitosamente, à presença de Vossa Senhoria, com fulcro no artigo [indicar artigo do estatuto ou norma aplicável], apresentar minha</w:t>
      </w:r>
    </w:p>
    <w:p/>
    <w:p>
      <w:pPr>
        <w:jc w:val="center"/>
      </w:pPr>
      <w:r>
        <w:rPr>
          <w:b/>
          <w:i w:val="0"/>
          <w:sz w:val="22"/>
        </w:rPr>
        <w:t>RENÚNCIA AO MANDATO</w:t>
      </w:r>
    </w:p>
    <w:p/>
    <w:p>
      <w:r>
        <w:rPr>
          <w:b w:val="0"/>
          <w:i w:val="0"/>
          <w:sz w:val="22"/>
        </w:rPr>
        <w:t>I – DOS FATOS E FUNDAMENTOS</w:t>
      </w:r>
    </w:p>
    <w:p/>
    <w:p>
      <w:r>
        <w:rPr>
          <w:b w:val="0"/>
          <w:i w:val="0"/>
          <w:sz w:val="22"/>
        </w:rPr>
        <w:t>Considerando razões pessoais e/ou profissionais, que me impedem de continuar exercendo as funções inerentes ao cargo de [CARGO/FUNÇÃO], conforme previsto no estatuto social da [NOME DA ENTIDADE], venho, por meio desta, formalizar minha renúncia irrevogável e irretratável ao referido mandato, a partir da presente data.</w:t>
      </w:r>
    </w:p>
    <w:p/>
    <w:p>
      <w:r>
        <w:rPr>
          <w:b w:val="0"/>
          <w:i w:val="0"/>
          <w:sz w:val="22"/>
        </w:rPr>
        <w:t>II – DOS EFEITOS DA RENÚNCIA</w:t>
      </w:r>
    </w:p>
    <w:p/>
    <w:p>
      <w:r>
        <w:rPr>
          <w:b w:val="0"/>
          <w:i w:val="0"/>
          <w:sz w:val="22"/>
        </w:rPr>
        <w:t>Declaro estar ciente de que, com esta renúncia, deixo de exercer todos os direitos, deveres e responsabilidades relacionados ao cargo que ora ocupo, ficando a entidade autorizada a proceder com as medidas estatutárias cabíveis para a nomeação ou eleição do sucessor, nos termos do estatuto.</w:t>
      </w:r>
    </w:p>
    <w:p/>
    <w:p>
      <w:r>
        <w:rPr>
          <w:b w:val="0"/>
          <w:i w:val="0"/>
          <w:sz w:val="22"/>
        </w:rPr>
        <w:t>III – DOS PEDIDOS</w:t>
      </w:r>
    </w:p>
    <w:p/>
    <w:p>
      <w:r>
        <w:rPr>
          <w:b w:val="0"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1. Que seja recebida a presente renúncia, declarando-se extinto o mandato de [NOME COMPLETO DO RENUNCIANTE] no cargo de [CARGO/FUNÇÃO], a partir desta data;</w:t>
      </w:r>
    </w:p>
    <w:p>
      <w:r>
        <w:rPr>
          <w:b w:val="0"/>
          <w:i w:val="0"/>
          <w:sz w:val="22"/>
        </w:rPr>
        <w:t>2. Que sejam adotadas as providências estatutárias necessárias para assegurar a continuidade da gestão;</w:t>
      </w:r>
    </w:p>
    <w:p>
      <w:r>
        <w:rPr>
          <w:b w:val="0"/>
          <w:i w:val="0"/>
          <w:sz w:val="22"/>
        </w:rPr>
        <w:t>3. Que seja lavrada a ata da Assembleia ou Reunião que acolher esta renúncia, para fins legais e estatutários.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/>
          <w:sz w:val="22"/>
        </w:rPr>
        <w:t>Pede deferimento.</w:t>
      </w:r>
    </w:p>
    <w:p/>
    <w:p/>
    <w:p/>
    <w:p>
      <w:r>
        <w:rPr>
          <w:b w:val="0"/>
          <w:i w:val="0"/>
          <w:sz w:val="22"/>
        </w:rPr>
        <w:t>[CIDADE], ____ de ________________ de ________.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[NOME COMPLETO DO RENUNCIANTE]</w:t>
      </w:r>
    </w:p>
    <w:p>
      <w:pPr>
        <w:jc w:val="center"/>
      </w:pPr>
      <w:r>
        <w:rPr>
          <w:b w:val="0"/>
          <w:i w:val="0"/>
          <w:sz w:val="22"/>
        </w:rPr>
        <w:t>RG nº [NÚMERO DO RG] – CPF nº [NÚMERO DO CPF]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https://modelo-jus.com/peticao-de-renuncia-de-mandato/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ticao-de-renuncia-de-mandat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