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PROCURAÇÃO</w:t>
      </w:r>
    </w:p>
    <w:p/>
    <w:p/>
    <w:p>
      <w:r>
        <w:rPr>
          <w:b/>
          <w:i w:val="0"/>
          <w:sz w:val="22"/>
        </w:rPr>
        <w:t>OUTORGANTE:</w:t>
      </w:r>
    </w:p>
    <w:p>
      <w:r>
        <w:rPr>
          <w:b w:val="0"/>
          <w:i w:val="0"/>
          <w:sz w:val="22"/>
        </w:rPr>
        <w:t>Nome: ________________________________________________________________</w:t>
      </w:r>
    </w:p>
    <w:p>
      <w:r>
        <w:rPr>
          <w:b w:val="0"/>
          <w:i w:val="0"/>
          <w:sz w:val="22"/>
        </w:rPr>
        <w:t>Nacionalidade: ________________________________________________________</w:t>
      </w:r>
    </w:p>
    <w:p>
      <w:r>
        <w:rPr>
          <w:b w:val="0"/>
          <w:i w:val="0"/>
          <w:sz w:val="22"/>
        </w:rPr>
        <w:t>Estado Civil: _________________________________________________________</w:t>
      </w:r>
    </w:p>
    <w:p>
      <w:r>
        <w:rPr>
          <w:b w:val="0"/>
          <w:i w:val="0"/>
          <w:sz w:val="22"/>
        </w:rPr>
        <w:t>Profissão: ____________________________________________________________</w:t>
      </w:r>
    </w:p>
    <w:p>
      <w:r>
        <w:rPr>
          <w:b w:val="0"/>
          <w:i w:val="0"/>
          <w:sz w:val="22"/>
        </w:rPr>
        <w:t>Documento de Identidade (RG): _________________________________________</w:t>
      </w:r>
    </w:p>
    <w:p>
      <w:r>
        <w:rPr>
          <w:b w:val="0"/>
          <w:i w:val="0"/>
          <w:sz w:val="22"/>
        </w:rPr>
        <w:t>CPF: _________________________________________________________________</w:t>
      </w:r>
    </w:p>
    <w:p>
      <w:r>
        <w:rPr>
          <w:b w:val="0"/>
          <w:i w:val="0"/>
          <w:sz w:val="22"/>
        </w:rPr>
        <w:t>Endereço Completo: ____________________________________________________</w:t>
      </w:r>
    </w:p>
    <w:p>
      <w:r>
        <w:rPr>
          <w:b w:val="0"/>
          <w:i w:val="0"/>
          <w:sz w:val="22"/>
        </w:rPr>
        <w:t>______________________________________________________________________</w:t>
      </w:r>
    </w:p>
    <w:p/>
    <w:p>
      <w:r>
        <w:rPr>
          <w:b/>
          <w:i w:val="0"/>
          <w:sz w:val="22"/>
        </w:rPr>
        <w:t>OUTORGADO:</w:t>
      </w:r>
    </w:p>
    <w:p>
      <w:r>
        <w:rPr>
          <w:b w:val="0"/>
          <w:i w:val="0"/>
          <w:sz w:val="22"/>
        </w:rPr>
        <w:t>Nome: ________________________________________________________________</w:t>
      </w:r>
    </w:p>
    <w:p>
      <w:r>
        <w:rPr>
          <w:b w:val="0"/>
          <w:i w:val="0"/>
          <w:sz w:val="22"/>
        </w:rPr>
        <w:t>Nacionalidade: ________________________________________________________</w:t>
      </w:r>
    </w:p>
    <w:p>
      <w:r>
        <w:rPr>
          <w:b w:val="0"/>
          <w:i w:val="0"/>
          <w:sz w:val="22"/>
        </w:rPr>
        <w:t>Estado Civil: _________________________________________________________</w:t>
      </w:r>
    </w:p>
    <w:p>
      <w:r>
        <w:rPr>
          <w:b w:val="0"/>
          <w:i w:val="0"/>
          <w:sz w:val="22"/>
        </w:rPr>
        <w:t>Profissão: ____________________________________________________________</w:t>
      </w:r>
    </w:p>
    <w:p>
      <w:r>
        <w:rPr>
          <w:b w:val="0"/>
          <w:i w:val="0"/>
          <w:sz w:val="22"/>
        </w:rPr>
        <w:t>Documento de Identidade (RG): _________________________________________</w:t>
      </w:r>
    </w:p>
    <w:p>
      <w:r>
        <w:rPr>
          <w:b w:val="0"/>
          <w:i w:val="0"/>
          <w:sz w:val="22"/>
        </w:rPr>
        <w:t>CPF: _________________________________________________________________</w:t>
      </w:r>
    </w:p>
    <w:p>
      <w:r>
        <w:rPr>
          <w:b w:val="0"/>
          <w:i w:val="0"/>
          <w:sz w:val="22"/>
        </w:rPr>
        <w:t>OAB/UF nº: ___________________________________________________________</w:t>
      </w:r>
    </w:p>
    <w:p>
      <w:r>
        <w:rPr>
          <w:b w:val="0"/>
          <w:i w:val="0"/>
          <w:sz w:val="22"/>
        </w:rPr>
        <w:t>Endereço Completo (profissional): ______________________________________</w:t>
      </w:r>
    </w:p>
    <w:p>
      <w:r>
        <w:rPr>
          <w:b w:val="0"/>
          <w:i w:val="0"/>
          <w:sz w:val="22"/>
        </w:rPr>
        <w:t>______________________________________________________________________</w:t>
      </w:r>
    </w:p>
    <w:p/>
    <w:p/>
    <w:p>
      <w:pPr>
        <w:jc w:val="both"/>
      </w:pPr>
      <w:r>
        <w:rPr>
          <w:b w:val="0"/>
          <w:i w:val="0"/>
          <w:sz w:val="22"/>
        </w:rPr>
        <w:t>Pelo presente instrumento particular de procuração, o(a) OUTORGANTE nomeado(a) acima, confere ao(à) OUTORGADO(a) poderes amplos, gerais e ilimitados para o foro em geral, com a cláusula 'ad judicia' e 'extrajudicial', para representá-lo(a) perante quaisquer órgãos públicos, repartições, instituições financeiras, inclusive para movimentação bancária, receber e dar quitação, firmar compromissos, transigir, acordar, desistir, renunciar, requerer, assinar documentos, promover ações judiciais ou administrativas, acompanhar processos, interpor recursos, substabelecer, com ou sem reservas de poderes, e praticar todos os demais atos necessários ao fiel desempenho deste mandato, especialmente para o(s) fim(s) de:</w:t>
        <w:br/>
        <w:t>____________________________________________________________________________________</w:t>
        <w:br/>
        <w:t>____________________________________________________________________________________</w:t>
        <w:br/>
        <w:t>____________________________________________________________________________________</w:t>
        <w:br/>
        <w:br/>
        <w:t>Este mandato é válido por tempo indeterminado, podendo ser revogado a qualquer tempo pelo(a) OUTORGANTE.</w:t>
      </w:r>
    </w:p>
    <w:p/>
    <w:p/>
    <w:p>
      <w:r>
        <w:rPr>
          <w:b w:val="0"/>
          <w:i w:val="0"/>
          <w:sz w:val="22"/>
        </w:rPr>
        <w:t>Local: ____________________________________</w:t>
      </w:r>
    </w:p>
    <w:p>
      <w:r>
        <w:rPr>
          <w:b w:val="0"/>
          <w:i w:val="0"/>
          <w:sz w:val="22"/>
        </w:rPr>
        <w:t>Data: ____/____/________</w:t>
      </w:r>
    </w:p>
    <w:p/>
    <w:p/>
    <w:p/>
    <w:p>
      <w:pPr>
        <w:jc w:val="center"/>
      </w:pPr>
      <w:r>
        <w:rPr>
          <w:b w:val="0"/>
          <w:i w:val="0"/>
          <w:sz w:val="22"/>
        </w:rPr>
        <w:t>____________________________________________</w:t>
      </w:r>
    </w:p>
    <w:p>
      <w:pPr>
        <w:jc w:val="center"/>
      </w:pPr>
      <w:r>
        <w:rPr>
          <w:b w:val="0"/>
          <w:i w:val="0"/>
          <w:sz w:val="22"/>
        </w:rPr>
        <w:t>Outorgante</w:t>
      </w:r>
    </w:p>
    <w:p/>
    <w:p/>
    <w:p/>
    <w:p/>
    <w:p>
      <w:pPr>
        <w:jc w:val="center"/>
      </w:pPr>
      <w:r>
        <w:rPr>
          <w:b w:val="0"/>
          <w:i w:val="0"/>
          <w:sz w:val="22"/>
        </w:rPr>
        <w:t>____________________________________________</w:t>
      </w:r>
    </w:p>
    <w:p>
      <w:pPr>
        <w:jc w:val="center"/>
      </w:pPr>
      <w:r>
        <w:rPr>
          <w:b w:val="0"/>
          <w:i w:val="0"/>
          <w:sz w:val="22"/>
        </w:rPr>
        <w:t>Outorgado</w:t>
      </w:r>
    </w:p>
    <w:p/>
    <w:p/>
    <w:p>
      <w:r>
        <w:rPr>
          <w:b/>
          <w:i w:val="0"/>
          <w:sz w:val="22"/>
        </w:rPr>
        <w:t>Reconhecimento de Firma:</w:t>
      </w:r>
    </w:p>
    <w:p>
      <w:r>
        <w:rPr>
          <w:b w:val="0"/>
          <w:i w:val="0"/>
          <w:sz w:val="22"/>
        </w:rPr>
        <w:t>______________________________________________________________________</w:t>
      </w:r>
    </w:p>
    <w:p>
      <w:r>
        <w:rPr>
          <w:b w:val="0"/>
          <w:i w:val="0"/>
          <w:sz w:val="22"/>
        </w:rPr>
        <w:t>______________________________________________________________________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https://modelo-jus.com/procuracao-et-extra/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s.com/procuracao-et-extra/" TargetMode="External"/><Relationship Id="rId10" Type="http://schemas.openxmlformats.org/officeDocument/2006/relationships/hyperlink" Target="https://modelo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