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VENDA DE VEÍCULO AUTOMOTOR</w:t>
      </w:r>
    </w:p>
    <w:p/>
    <w:p/>
    <w:p>
      <w:r>
        <w:rPr>
          <w:b w:val="0"/>
          <w:sz w:val="22"/>
        </w:rPr>
        <w:t>OUTORGANTE: ________________________________________________________________, brasileiro(a), estado civil ________________, profissão __________________________, portador(a) da Carteira de Identidade nº ____________________, expedida por ____________________, inscrito(a) no CPF/MF sob nº ____________________, residente e domiciliado(a) na ________________________________________________________________, nº __________, bairro ______________________, cidade ____________________, estado ____________, CEP ____________.</w:t>
      </w:r>
    </w:p>
    <w:p/>
    <w:p>
      <w:r>
        <w:rPr>
          <w:b w:val="0"/>
          <w:sz w:val="22"/>
        </w:rPr>
        <w:t>OUTORGADO: ________________________________________________________________, brasileiro(a), estado civil ________________, profissão __________________________, portador(a) da Carteira de Identidade nº ____________________, expedida por ____________________, inscrito(a) no CPF/MF sob nº ____________________, residente e domiciliado(a) na ________________________________________________________________, nº __________, bairro ______________________, cidade ____________________, estado ____________, CEP ____________.</w:t>
      </w:r>
    </w:p>
    <w:p/>
    <w:p>
      <w:pPr>
        <w:jc w:val="center"/>
      </w:pPr>
      <w:r>
        <w:rPr>
          <w:b/>
          <w:sz w:val="24"/>
        </w:rPr>
        <w:t>PODERES ORA CONFERIDOS:</w:t>
      </w:r>
    </w:p>
    <w:p/>
    <w:p>
      <w:r>
        <w:rPr>
          <w:b/>
          <w:sz w:val="22"/>
        </w:rPr>
        <w:t>O OUTORGANTE nomeia e constitui seu bastante procurador o OUTORGADO, a quem confere poderes especiais para representar-me perante quaisquer órgãos, autarquias, repartições públicas federais, estaduais e municipais, bem como particulares, com a finalidade específica de promover a venda do veículo automotor de minha propriedade, de acordo com as condições abaixo, podendo para tanto:</w:t>
      </w:r>
    </w:p>
    <w:p/>
    <w:p>
      <w:r>
        <w:rPr>
          <w:b w:val="0"/>
          <w:sz w:val="22"/>
        </w:rPr>
        <w:t>1. Assinar contrato de compra e venda, recibos, documentos e quaisquer papéis que se fizerem necessários para a perfeita e eficaz transferência do veículo;</w:t>
      </w:r>
    </w:p>
    <w:p>
      <w:r>
        <w:rPr>
          <w:b w:val="0"/>
          <w:sz w:val="22"/>
        </w:rPr>
        <w:t>2. Retirar e entregar documentos relacionados ao veículo junto aos órgãos competentes, inclusive o Departamento Estadual de Trânsito (DETRAN);</w:t>
      </w:r>
    </w:p>
    <w:p>
      <w:r>
        <w:rPr>
          <w:b w:val="0"/>
          <w:sz w:val="22"/>
        </w:rPr>
        <w:t>3. Efetuar o registro e a transferência de propriedade do veículo junto ao DETRAN e demais órgãos competentes;</w:t>
      </w:r>
    </w:p>
    <w:p>
      <w:r>
        <w:rPr>
          <w:b w:val="0"/>
          <w:sz w:val="22"/>
        </w:rPr>
        <w:t>4. Receber valores relativos à venda do veículo, dar quitação e firmar recibos;</w:t>
      </w:r>
    </w:p>
    <w:p>
      <w:r>
        <w:rPr>
          <w:b w:val="0"/>
          <w:sz w:val="22"/>
        </w:rPr>
        <w:t>5. Praticar todos os demais atos necessários ao fiel cumprimento deste mandato.</w:t>
      </w:r>
    </w:p>
    <w:p/>
    <w:p>
      <w:pPr>
        <w:jc w:val="center"/>
      </w:pPr>
      <w:r>
        <w:rPr>
          <w:b/>
          <w:sz w:val="24"/>
        </w:rPr>
        <w:t>VEÍCULO OBJETO DESTA PROCURAÇÃO:</w:t>
      </w:r>
    </w:p>
    <w:p/>
    <w:p>
      <w:r>
        <w:rPr>
          <w:b w:val="0"/>
          <w:sz w:val="22"/>
        </w:rPr>
        <w:t>Marca/Modelo: ________________________________________________________________</w:t>
      </w:r>
    </w:p>
    <w:p>
      <w:r>
        <w:rPr>
          <w:b w:val="0"/>
          <w:sz w:val="22"/>
        </w:rPr>
        <w:t>Ano de Fabricação/Modelo: ________________</w:t>
      </w:r>
    </w:p>
    <w:p>
      <w:r>
        <w:rPr>
          <w:b w:val="0"/>
          <w:sz w:val="22"/>
        </w:rPr>
        <w:t>Cor: ______________________________</w:t>
      </w:r>
    </w:p>
    <w:p>
      <w:r>
        <w:rPr>
          <w:b w:val="0"/>
          <w:sz w:val="22"/>
        </w:rPr>
        <w:t>Placa: ___________________________</w:t>
      </w:r>
    </w:p>
    <w:p>
      <w:r>
        <w:rPr>
          <w:b w:val="0"/>
          <w:sz w:val="22"/>
        </w:rPr>
        <w:t>Renavam: _________________________</w:t>
      </w:r>
    </w:p>
    <w:p>
      <w:r>
        <w:rPr>
          <w:b w:val="0"/>
          <w:sz w:val="22"/>
        </w:rPr>
        <w:t>Chassi: __________________________</w:t>
      </w:r>
    </w:p>
    <w:p/>
    <w:p>
      <w:r>
        <w:rPr>
          <w:b w:val="0"/>
          <w:sz w:val="22"/>
        </w:rPr>
        <w:t>Esta procuração é válida até a data da conclusão da transferência do veículo acima descrito, podendo ser revogada a qualquer tempo, mediante comunicação escrita por parte do OUTORGANTE.</w:t>
      </w:r>
    </w:p>
    <w:p/>
    <w:p>
      <w:r>
        <w:rPr>
          <w:b w:val="0"/>
          <w:sz w:val="22"/>
        </w:rPr>
        <w:t>O OUTORGANTE declara que o OUTORGADO está autorizado a praticar todos os atos necessários para a venda e transferência do veículo, conforme especificado neste instrumento, responsabilizando-se integralmente pelos atos praticados dentro dos poderes aqui conferidos.</w:t>
      </w:r>
    </w:p>
    <w:p/>
    <w:p>
      <w:r>
        <w:rPr>
          <w:b w:val="0"/>
          <w:sz w:val="22"/>
        </w:rPr>
        <w:t>E, por ser expressão da verdade, firmo o presente instrumento particular de procuração.</w:t>
      </w:r>
    </w:p>
    <w:p/>
    <w:p>
      <w:pPr>
        <w:jc w:val="center"/>
      </w:pPr>
      <w:r>
        <w:rPr>
          <w:b/>
          <w:sz w:val="24"/>
        </w:rPr>
        <w:t>LOCAL: ______________________________________________</w:t>
      </w:r>
    </w:p>
    <w:p>
      <w:pPr>
        <w:jc w:val="center"/>
      </w:pPr>
      <w:r>
        <w:rPr>
          <w:b/>
          <w:sz w:val="24"/>
        </w:rPr>
        <w:t>SEM DATA.</w:t>
      </w:r>
    </w:p>
    <w:p/>
    <w:p>
      <w:r>
        <w:rPr>
          <w:b w:val="0"/>
          <w:sz w:val="22"/>
        </w:rPr>
        <w:t>_____________________________________________________</w:t>
      </w:r>
    </w:p>
    <w:p>
      <w:pPr>
        <w:jc w:val="center"/>
      </w:pPr>
      <w:r>
        <w:rPr>
          <w:b/>
          <w:sz w:val="24"/>
        </w:rPr>
        <w:t>ASSINATURA DO OUTORGANTE</w:t>
      </w:r>
    </w:p>
    <w:p/>
    <w:p>
      <w:r>
        <w:rPr>
          <w:b w:val="0"/>
          <w:sz w:val="22"/>
        </w:rPr>
        <w:t>Reconheço a firma do OUTORGANTE acima assinada.</w:t>
      </w:r>
    </w:p>
    <w:p/>
    <w:p>
      <w:r>
        <w:rPr>
          <w:b w:val="0"/>
          <w:sz w:val="22"/>
        </w:rPr>
        <w:t>_____________________________________________________</w:t>
      </w:r>
    </w:p>
    <w:p>
      <w:pPr>
        <w:jc w:val="center"/>
      </w:pPr>
      <w:r>
        <w:rPr>
          <w:b/>
          <w:sz w:val="24"/>
        </w:rPr>
        <w:t>ASSINATURA DO TABELIÃO / CARTÓRIO</w:t>
      </w:r>
    </w:p>
    <w:p/>
    <w:p>
      <w:r>
        <w:rPr>
          <w:b w:val="0"/>
          <w:sz w:val="22"/>
        </w:rPr>
        <w:t>Carimbo e selo do Cartório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https://modelo-jus.com/procuracao-para-venda-de-carro/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rocuracao-para-venda-de-carr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