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PROPOSTA DE COMPRA E VENDA DE IMÓVEL</w:t>
      </w:r>
    </w:p>
    <w:p/>
    <w:p/>
    <w:p>
      <w:r>
        <w:rPr>
          <w:b w:val="0"/>
          <w:sz w:val="22"/>
        </w:rPr>
        <w:t>Eu, ________________________________________________, brasileiro(a), estado civil ____________, profissão ____________________, portador(a) do RG nº ____________________, inscrito(a) no CPF/MF sob nº ____________________, residente e domiciliado(a) à ________________________________________________________________, CEP ____________, telefone ____________________, e-mail ____________________, doravante denominado(a) PROPOSTANTE,</w:t>
      </w:r>
    </w:p>
    <w:p/>
    <w:p>
      <w:r>
        <w:rPr>
          <w:b w:val="0"/>
          <w:sz w:val="22"/>
        </w:rPr>
        <w:t>apresento a presente</w:t>
      </w:r>
    </w:p>
    <w:p/>
    <w:p>
      <w:pPr>
        <w:jc w:val="center"/>
      </w:pPr>
      <w:r>
        <w:rPr>
          <w:b/>
          <w:sz w:val="24"/>
        </w:rPr>
        <w:t>PROPOSTA DE COMPRA E VENDA DE IMÓVEL</w:t>
      </w:r>
    </w:p>
    <w:p/>
    <w:p/>
    <w:p>
      <w:r>
        <w:rPr>
          <w:b w:val="0"/>
          <w:sz w:val="22"/>
        </w:rPr>
        <w:t>ao(à) Sr.(a) ________________________________________________, brasileiro(a), estado civil ____________, profissão ____________________, portador(a) do RG nº ____________________, inscrito(a) no CPF/MF sob nº ____________________, residente e domiciliado(a) à ________________________________________________________________, CEP ____________, telefone ____________________, e-mail ____________________, doravante denominado(a) PROPONENTE,</w:t>
      </w:r>
    </w:p>
    <w:p/>
    <w:p>
      <w:r>
        <w:rPr>
          <w:b w:val="0"/>
          <w:sz w:val="22"/>
        </w:rPr>
        <w:t>pelas seguintes cláusulas e condições:</w:t>
      </w:r>
    </w:p>
    <w:p/>
    <w:p>
      <w:pPr>
        <w:jc w:val="center"/>
      </w:pPr>
      <w:r>
        <w:rPr>
          <w:b/>
          <w:sz w:val="24"/>
        </w:rPr>
        <w:t>1. DO IMÓVEL</w:t>
      </w:r>
    </w:p>
    <w:p/>
    <w:p>
      <w:r>
        <w:rPr>
          <w:b w:val="0"/>
          <w:sz w:val="22"/>
        </w:rPr>
        <w:t>O imóvel objeto desta proposta é o seguinte:</w:t>
      </w:r>
    </w:p>
    <w:p>
      <w:r>
        <w:rPr>
          <w:b w:val="0"/>
          <w:sz w:val="22"/>
        </w:rPr>
        <w:t>Endereço: ________________________________________________________________</w:t>
      </w:r>
    </w:p>
    <w:p>
      <w:r>
        <w:rPr>
          <w:b w:val="0"/>
          <w:sz w:val="22"/>
        </w:rPr>
        <w:t>Tipo: ____________________________________________________________________</w:t>
      </w:r>
    </w:p>
    <w:p>
      <w:r>
        <w:rPr>
          <w:b w:val="0"/>
          <w:sz w:val="22"/>
        </w:rPr>
        <w:t>Matrícula/Registro: _______________________________________________________</w:t>
      </w:r>
    </w:p>
    <w:p>
      <w:r>
        <w:rPr>
          <w:b w:val="0"/>
          <w:sz w:val="22"/>
        </w:rPr>
        <w:t>Área total: ______________________ m²</w:t>
      </w:r>
    </w:p>
    <w:p>
      <w:r>
        <w:rPr>
          <w:b w:val="0"/>
          <w:sz w:val="22"/>
        </w:rPr>
        <w:t>Descrição: _______________________________________________________________</w:t>
      </w:r>
    </w:p>
    <w:p/>
    <w:p>
      <w:pPr>
        <w:jc w:val="center"/>
      </w:pPr>
      <w:r>
        <w:rPr>
          <w:b/>
          <w:sz w:val="24"/>
        </w:rPr>
        <w:t>2. DO PREÇO E FORMA DE PAGAMENTO</w:t>
      </w:r>
    </w:p>
    <w:p/>
    <w:p>
      <w:r>
        <w:rPr>
          <w:b w:val="0"/>
          <w:sz w:val="22"/>
        </w:rPr>
        <w:t>O preço total ajustado para a compra e venda do imóvel é de R$ ________________________________ (__________________________________________________________ reais).</w:t>
      </w:r>
    </w:p>
    <w:p/>
    <w:p>
      <w:r>
        <w:rPr>
          <w:b w:val="0"/>
          <w:sz w:val="22"/>
        </w:rPr>
        <w:t>A forma de pagamento será a seguinte:</w:t>
      </w:r>
    </w:p>
    <w:p>
      <w:r>
        <w:rPr>
          <w:b w:val="0"/>
          <w:sz w:val="22"/>
        </w:rPr>
        <w:t>- Entrada no valor de R$ ____________________ (______________________________), a ser paga na assinatura do contrato definitivo;</w:t>
      </w:r>
    </w:p>
    <w:p>
      <w:r>
        <w:rPr>
          <w:b w:val="0"/>
          <w:sz w:val="22"/>
        </w:rPr>
        <w:t>- Saldo remanescente no valor de R$ ____________________ (______________________________), a ser pago mediante ____________________________________________________ (especificar condições, ex.: financiamento, parcelamento, prazo e forma de pagamento).</w:t>
      </w:r>
    </w:p>
    <w:p/>
    <w:p>
      <w:pPr>
        <w:jc w:val="center"/>
      </w:pPr>
      <w:r>
        <w:rPr>
          <w:b/>
          <w:sz w:val="24"/>
        </w:rPr>
        <w:t>3. DAS CONDIÇÕES GERAIS</w:t>
      </w:r>
    </w:p>
    <w:p/>
    <w:p>
      <w:r>
        <w:rPr>
          <w:b w:val="0"/>
          <w:sz w:val="22"/>
        </w:rPr>
        <w:t>- O imóvel será entregue livre e desembaraçado de quaisquer ônus, dívidas, impostos, taxas, contribuições e ações judiciais;</w:t>
      </w:r>
    </w:p>
    <w:p>
      <w:r>
        <w:rPr>
          <w:b w:val="0"/>
          <w:sz w:val="22"/>
        </w:rPr>
        <w:t>- O Proponente declara ter conhecimento das condições físicas, legais e urbanísticas do imóvel;</w:t>
      </w:r>
    </w:p>
    <w:p>
      <w:r>
        <w:rPr>
          <w:b w:val="0"/>
          <w:sz w:val="22"/>
        </w:rPr>
        <w:t>- As despesas com a lavratura e registro do contrato definitivo e da escritura pública serão de responsabilidade de ________________ (especificar quem arcará com os custos);</w:t>
      </w:r>
    </w:p>
    <w:p>
      <w:r>
        <w:rPr>
          <w:b w:val="0"/>
          <w:sz w:val="22"/>
        </w:rPr>
        <w:t>- O Proponente se compromete a assinar o contrato definitivo de compra e venda no prazo máximo de ______ dias após a aceitação desta proposta;</w:t>
      </w:r>
    </w:p>
    <w:p>
      <w:r>
        <w:rPr>
          <w:b w:val="0"/>
          <w:sz w:val="22"/>
        </w:rPr>
        <w:t>- Caso o Proponente não cumpra o prazo estabelecido para assinatura do contrato definitivo, esta proposta será considerada automaticamente rescindida, salvo acordo prévio entre as partes;</w:t>
      </w:r>
    </w:p>
    <w:p>
      <w:r>
        <w:rPr>
          <w:b w:val="0"/>
          <w:sz w:val="22"/>
        </w:rPr>
        <w:t>- Esta proposta é válida pelo prazo de ______ dias a contar da data de sua assinatura;</w:t>
      </w:r>
    </w:p>
    <w:p/>
    <w:p>
      <w:pPr>
        <w:jc w:val="center"/>
      </w:pPr>
      <w:r>
        <w:rPr>
          <w:b/>
          <w:sz w:val="24"/>
        </w:rPr>
        <w:t>4. DAS PENALIDADES</w:t>
      </w:r>
    </w:p>
    <w:p/>
    <w:p>
      <w:r>
        <w:rPr>
          <w:b w:val="0"/>
          <w:sz w:val="22"/>
        </w:rPr>
        <w:t>- Em caso de desistência injustificada pelo Proponente após a aceitação desta proposta, será aplicada multa de ____% sobre o valor da entrada paga;</w:t>
      </w:r>
    </w:p>
    <w:p>
      <w:r>
        <w:rPr>
          <w:b w:val="0"/>
          <w:sz w:val="22"/>
        </w:rPr>
        <w:t>- Em caso de descumprimento contratual pela Proponente, caberão as sanções previstas na legislação vigente e no contrato que será firmado.</w:t>
      </w:r>
    </w:p>
    <w:p/>
    <w:p>
      <w:pPr>
        <w:jc w:val="center"/>
      </w:pPr>
      <w:r>
        <w:rPr>
          <w:b/>
          <w:sz w:val="24"/>
        </w:rPr>
        <w:t>5. DISPOSIÇÕES FINAIS</w:t>
      </w:r>
    </w:p>
    <w:p/>
    <w:p>
      <w:r>
        <w:rPr>
          <w:b w:val="0"/>
          <w:sz w:val="22"/>
        </w:rPr>
        <w:t>- As partes elegem o foro da comarca de __________________________ para dirimir quaisquer dúvidas ou litígios decorrentes desta proposta.</w:t>
      </w:r>
    </w:p>
    <w:p>
      <w:r>
        <w:rPr>
          <w:b w:val="0"/>
          <w:sz w:val="22"/>
        </w:rPr>
        <w:t>- Esta proposta constitui compromisso prévio e não configura, por si só, contrato definitivo de compra e venda, que será formalizado posteriormente mediante instrumento público ou particular.</w:t>
      </w:r>
    </w:p>
    <w:p/>
    <w:p>
      <w:pPr>
        <w:jc w:val="center"/>
      </w:pPr>
      <w:r>
        <w:rPr>
          <w:b/>
          <w:sz w:val="24"/>
        </w:rPr>
        <w:t>6. DA ACEITAÇÃO</w:t>
      </w:r>
    </w:p>
    <w:p/>
    <w:p>
      <w:r>
        <w:rPr>
          <w:b w:val="0"/>
          <w:sz w:val="22"/>
        </w:rPr>
        <w:t>Fica o Proponente obrigado a respeitar todas as condições aqui estipuladas, mediante assinatura abaixo.</w:t>
      </w:r>
    </w:p>
    <w:p/>
    <w:p>
      <w:r>
        <w:rPr>
          <w:b w:val="0"/>
          <w:sz w:val="22"/>
        </w:rPr>
        <w:t>Local: _________________________________</w:t>
      </w:r>
    </w:p>
    <w:p/>
    <w:p>
      <w:r>
        <w:rPr>
          <w:b w:val="0"/>
          <w:sz w:val="22"/>
        </w:rPr>
        <w:t>Data: __________________________________</w:t>
      </w:r>
    </w:p>
    <w:p/>
    <w:p>
      <w:r>
        <w:rPr>
          <w:b w:val="0"/>
          <w:sz w:val="22"/>
        </w:rPr>
        <w:t>_______________________________________________</w:t>
      </w:r>
    </w:p>
    <w:p>
      <w:r>
        <w:rPr>
          <w:b w:val="0"/>
          <w:sz w:val="22"/>
        </w:rPr>
        <w:t>Proponente (assinatura e nome legível)</w:t>
      </w:r>
    </w:p>
    <w:p/>
    <w:p>
      <w:r>
        <w:rPr>
          <w:b w:val="0"/>
          <w:sz w:val="22"/>
        </w:rPr>
        <w:t>_______________________________________________</w:t>
      </w:r>
    </w:p>
    <w:p>
      <w:r>
        <w:rPr>
          <w:b w:val="0"/>
          <w:sz w:val="22"/>
        </w:rPr>
        <w:t>Propostante (assinatura e nome legível)</w:t>
      </w:r>
    </w:p>
    <w:p/>
    <w:p>
      <w:r>
        <w:rPr>
          <w:b w:val="0"/>
          <w:sz w:val="22"/>
        </w:rPr>
        <w:t>Testemunhas:</w:t>
      </w:r>
    </w:p>
    <w:p>
      <w:r>
        <w:rPr>
          <w:b w:val="0"/>
          <w:sz w:val="22"/>
        </w:rPr>
        <w:t>1. _________________________________  CPF: ___________________________  Assinatura: ___________________________</w:t>
      </w:r>
    </w:p>
    <w:p>
      <w:r>
        <w:rPr>
          <w:b w:val="0"/>
          <w:sz w:val="22"/>
        </w:rPr>
        <w:t>2. _________________________________  CPF: ___________________________  Assinatura: 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https://modelo-jus.com/proposta-de-compra-de-imovel/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proposta-de-compra-de-imovel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