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PROPOSTA DE COMPRA E VENDA DE IMÓVEL RESIDENCIAL</w:t>
      </w:r>
    </w:p>
    <w:p/>
    <w:p/>
    <w:p>
      <w:r>
        <w:rPr>
          <w:b/>
          <w:i w:val="0"/>
          <w:sz w:val="22"/>
        </w:rPr>
        <w:t>Pelo presente instrumento particular, que entre si fazem, de um lado, como PROPONENTE(S) VENDEDOR(ES):</w:t>
      </w:r>
    </w:p>
    <w:p/>
    <w:p>
      <w:r>
        <w:rPr>
          <w:b w:val="0"/>
          <w:i w:val="0"/>
          <w:sz w:val="22"/>
        </w:rPr>
        <w:t>Nome(s): _________________________________________________________________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_______________________________________________________________</w:t>
      </w:r>
    </w:p>
    <w:p>
      <w:r>
        <w:rPr>
          <w:b w:val="0"/>
          <w:i w:val="0"/>
          <w:sz w:val="22"/>
        </w:rPr>
        <w:t>CPF/CNPJ: ________________________________________________________________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_______________________________________________________________</w:t>
      </w:r>
    </w:p>
    <w:p/>
    <w:p>
      <w:r>
        <w:rPr>
          <w:b/>
          <w:i w:val="0"/>
          <w:sz w:val="22"/>
        </w:rPr>
        <w:t>E, de outro lado, como PROPONENTE(S) COMPRADOR(ES):</w:t>
      </w:r>
    </w:p>
    <w:p/>
    <w:p>
      <w:r>
        <w:rPr>
          <w:b w:val="0"/>
          <w:i w:val="0"/>
          <w:sz w:val="22"/>
        </w:rPr>
        <w:t>Nome(s): _________________________________________________________________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_______________________________________________________________</w:t>
      </w:r>
    </w:p>
    <w:p>
      <w:r>
        <w:rPr>
          <w:b w:val="0"/>
          <w:i w:val="0"/>
          <w:sz w:val="22"/>
        </w:rPr>
        <w:t>CPF/CNPJ: ________________________________________________________________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_______________________________________________________________</w:t>
      </w:r>
    </w:p>
    <w:p/>
    <w:p>
      <w:r>
        <w:rPr>
          <w:b/>
          <w:i w:val="0"/>
          <w:sz w:val="22"/>
        </w:rPr>
        <w:t>Têm entre si, justos e contratados, o que segue:</w:t>
      </w:r>
    </w:p>
    <w:p/>
    <w:p>
      <w:r>
        <w:rPr>
          <w:b/>
          <w:i w:val="0"/>
          <w:sz w:val="22"/>
        </w:rPr>
        <w:t>I – DO OBJETO</w:t>
      </w:r>
    </w:p>
    <w:p/>
    <w:p/>
    <w:p>
      <w:r>
        <w:rPr>
          <w:b/>
          <w:i w:val="0"/>
          <w:sz w:val="22"/>
        </w:rPr>
        <w:t>O(s) PROPONENTE(S) VENDEDOR(ES) é(são) legítimo(s) possuidor(es) e proprietário(s) do imóvel residencial descrito e caracterizado como:</w:t>
      </w:r>
    </w:p>
    <w:p>
      <w:r>
        <w:rPr>
          <w:b w:val="0"/>
          <w:i w:val="0"/>
          <w:sz w:val="22"/>
        </w:rPr>
        <w:t>Endereço: _______________________________________________________________</w:t>
      </w:r>
    </w:p>
    <w:p>
      <w:r>
        <w:rPr>
          <w:b w:val="0"/>
          <w:i w:val="0"/>
          <w:sz w:val="22"/>
        </w:rPr>
        <w:t>Matrícula nº: ____________________________________________________________</w:t>
      </w:r>
    </w:p>
    <w:p>
      <w:r>
        <w:rPr>
          <w:b w:val="0"/>
          <w:i w:val="0"/>
          <w:sz w:val="22"/>
        </w:rPr>
        <w:t>Descrição do imóvel: ______________________________________________________</w:t>
      </w:r>
    </w:p>
    <w:p>
      <w:r>
        <w:rPr>
          <w:b w:val="0"/>
          <w:i w:val="0"/>
          <w:sz w:val="22"/>
        </w:rPr>
        <w:t>Área total: _______________________________________________________________</w:t>
      </w:r>
    </w:p>
    <w:p/>
    <w:p>
      <w:r>
        <w:rPr>
          <w:b/>
          <w:i w:val="0"/>
          <w:sz w:val="22"/>
        </w:rPr>
        <w:t>II – DA PROPOSTA</w:t>
      </w:r>
    </w:p>
    <w:p/>
    <w:p/>
    <w:p>
      <w:r>
        <w:rPr>
          <w:b w:val="0"/>
          <w:i w:val="0"/>
          <w:sz w:val="22"/>
        </w:rPr>
        <w:t>O(s) PROPONENTE(S) COMPRADOR(ES) oferece(m) a quantia total de R$ ________________ (____________________________ reais) pela compra do imóvel acima descrito, nas condições e prazos abaixo estabelecidos.</w:t>
      </w:r>
    </w:p>
    <w:p/>
    <w:p>
      <w:r>
        <w:rPr>
          <w:b/>
          <w:i w:val="0"/>
          <w:sz w:val="22"/>
        </w:rPr>
        <w:t>III – DAS CONDIÇÕES DE PAGAMENTO</w:t>
      </w:r>
    </w:p>
    <w:p/>
    <w:p/>
    <w:p>
      <w:r>
        <w:rPr>
          <w:b w:val="0"/>
          <w:i w:val="0"/>
          <w:sz w:val="22"/>
        </w:rPr>
        <w:t>1. Entrada no valor de R$ ________________ (____________________________ reais), que será paga até a data de assinatura do contrato de compra e venda;</w:t>
      </w:r>
    </w:p>
    <w:p>
      <w:r>
        <w:rPr>
          <w:b/>
          <w:i w:val="0"/>
          <w:sz w:val="22"/>
        </w:rPr>
        <w:t>2. Saldo remanescente no valor de R$ ________________ (____________________________ reais), a ser pago conforme:</w:t>
      </w:r>
    </w:p>
    <w:p>
      <w:r>
        <w:rPr>
          <w:b w:val="0"/>
          <w:i w:val="0"/>
          <w:sz w:val="22"/>
        </w:rPr>
        <w:t>- À vista na assinatura da escritura pública de compra e venda;</w:t>
      </w:r>
    </w:p>
    <w:p>
      <w:r>
        <w:rPr>
          <w:b w:val="0"/>
          <w:i w:val="0"/>
          <w:sz w:val="22"/>
        </w:rPr>
        <w:t>- Ou em até ___ (___) parcelas mensais, iguais e consecutivas de R$ ________________, com vencimento todo dia ____ do mês, iniciando-se em __/__/____;</w:t>
      </w:r>
    </w:p>
    <w:p>
      <w:r>
        <w:rPr>
          <w:b w:val="0"/>
          <w:i w:val="0"/>
          <w:sz w:val="22"/>
        </w:rPr>
        <w:t>- Ou financiamento bancário a ser contratado pelo(s) COMPRADOR(ES), ficando este(s) responsável(eis) pelo cumprimento das exigências e obtenção do crédito;</w:t>
      </w:r>
    </w:p>
    <w:p/>
    <w:p>
      <w:r>
        <w:rPr>
          <w:b/>
          <w:i w:val="0"/>
          <w:sz w:val="22"/>
        </w:rPr>
        <w:t>IV – DA POSSE E TRANSFERÊNCIA</w:t>
      </w:r>
    </w:p>
    <w:p/>
    <w:p/>
    <w:p>
      <w:r>
        <w:rPr>
          <w:b w:val="0"/>
          <w:i w:val="0"/>
          <w:sz w:val="22"/>
        </w:rPr>
        <w:t>A posse do imóvel será transferida ao(s) COMPRADOR(ES) na data da assinatura da escritura pública de compra e venda, momento em que o imóvel será entregue livre e desembaraçado de quaisquer ônus, dívidas, impostos, taxas e encargos.</w:t>
      </w:r>
    </w:p>
    <w:p/>
    <w:p>
      <w:r>
        <w:rPr>
          <w:b w:val="0"/>
          <w:i w:val="0"/>
          <w:sz w:val="22"/>
        </w:rPr>
        <w:t>O(s) VENDEDOR(ES) se compromete(m) a apresentar toda a documentação necessária para a lavratura da escritura pública e registro do imóvel em nome do(s) COMPRADOR(ES).</w:t>
      </w:r>
    </w:p>
    <w:p/>
    <w:p>
      <w:r>
        <w:rPr>
          <w:b/>
          <w:i w:val="0"/>
          <w:sz w:val="22"/>
        </w:rPr>
        <w:t>V – DAS OBRIGAÇÕES DAS PARTES</w:t>
      </w:r>
    </w:p>
    <w:p/>
    <w:p/>
    <w:p>
      <w:r>
        <w:rPr>
          <w:b w:val="0"/>
          <w:i w:val="0"/>
          <w:sz w:val="22"/>
        </w:rPr>
        <w:t>1. O(s) VENDEDOR(ES) declara(m) que o imóvel está livre de quaisquer ônus, hipotecas, penhoras, ações judiciais ou administrativas que possam impedir a venda.</w:t>
      </w:r>
    </w:p>
    <w:p>
      <w:r>
        <w:rPr>
          <w:b w:val="0"/>
          <w:i w:val="0"/>
          <w:sz w:val="22"/>
        </w:rPr>
        <w:t>2. O(s) COMPRADOR(ES) obriga(m)-se a cumprir os prazos e condições de pagamento aqui estabelecidos.</w:t>
      </w:r>
    </w:p>
    <w:p>
      <w:r>
        <w:rPr>
          <w:b w:val="0"/>
          <w:i w:val="0"/>
          <w:sz w:val="22"/>
        </w:rPr>
        <w:t>3. As despesas relativas à escritura pública, registro do imóvel e impostos incidentes na transferência serão de responsabilidade de _______________.</w:t>
      </w:r>
    </w:p>
    <w:p/>
    <w:p>
      <w:r>
        <w:rPr>
          <w:b/>
          <w:i w:val="0"/>
          <w:sz w:val="22"/>
        </w:rPr>
        <w:t>VI – DA RESCISÃO</w:t>
      </w:r>
    </w:p>
    <w:p/>
    <w:p/>
    <w:p>
      <w:r>
        <w:rPr>
          <w:b w:val="0"/>
          <w:i w:val="0"/>
          <w:sz w:val="22"/>
        </w:rPr>
        <w:t>Em caso de inadimplemento de qualquer das cláusulas aqui pactuadas, a parte inocente poderá considerar rescindido o presente instrumento, sem prejuízo da cobrança de perdas e danos e demais cominações legais.</w:t>
      </w:r>
    </w:p>
    <w:p/>
    <w:p>
      <w:r>
        <w:rPr>
          <w:b/>
          <w:i w:val="0"/>
          <w:sz w:val="22"/>
        </w:rPr>
        <w:t>VII – DAS DISPOSIÇÕES GERAIS</w:t>
      </w:r>
    </w:p>
    <w:p/>
    <w:p/>
    <w:p>
      <w:r>
        <w:rPr>
          <w:b w:val="0"/>
          <w:i w:val="0"/>
          <w:sz w:val="22"/>
        </w:rPr>
        <w:t>1. Este instrumento tem caráter de proposta vinculante, obrigando as partes à celebração do contrato definitivo de compra e venda, que deverá ser firmado no prazo máximo de ___ dias a contar da aceitação desta proposta.</w:t>
      </w:r>
    </w:p>
    <w:p>
      <w:r>
        <w:rPr>
          <w:b w:val="0"/>
          <w:i w:val="0"/>
          <w:sz w:val="22"/>
        </w:rPr>
        <w:t>2. O presente documento poderá ser utilizado para fins de comprovação da intenção de compra e venda perante instituições financeiras e órgãos públicos.</w:t>
      </w:r>
    </w:p>
    <w:p>
      <w:r>
        <w:rPr>
          <w:b w:val="0"/>
          <w:i w:val="0"/>
          <w:sz w:val="22"/>
        </w:rPr>
        <w:t>3. As partes elegem o foro da comarca de ____________________ para dirimir quaisquer dúvidas ou litígios oriundos deste instrumento.</w:t>
      </w:r>
    </w:p>
    <w:p/>
    <w:p>
      <w:r>
        <w:rPr>
          <w:b/>
          <w:i w:val="0"/>
          <w:sz w:val="22"/>
        </w:rPr>
        <w:t>VIII – DAS DECLARAÇÕES FINAIS</w:t>
      </w:r>
    </w:p>
    <w:p/>
    <w:p/>
    <w:p>
      <w:r>
        <w:rPr>
          <w:b w:val="0"/>
          <w:i w:val="0"/>
          <w:sz w:val="22"/>
        </w:rPr>
        <w:t>E, por estarem assim justos e contratados, firmam o presente instrumento em ___ (___) vias de igual teor e forma, para que produza seus jurídicos e legais efeitos.</w:t>
      </w:r>
    </w:p>
    <w:p/>
    <w:p>
      <w:r>
        <w:rPr>
          <w:b w:val="0"/>
          <w:i w:val="0"/>
          <w:sz w:val="22"/>
        </w:rPr>
        <w:t>______________________________, ______________ de ____________________ de ________.</w:t>
      </w:r>
    </w:p>
    <w:p/>
    <w:p>
      <w:r>
        <w:rPr>
          <w:b w:val="0"/>
          <w:i w:val="0"/>
          <w:sz w:val="22"/>
        </w:rPr>
        <w:t>_________________________________________________</w:t>
      </w:r>
    </w:p>
    <w:p>
      <w:r>
        <w:rPr>
          <w:b w:val="0"/>
          <w:i w:val="0"/>
          <w:sz w:val="22"/>
        </w:rPr>
        <w:t>Nome do(s) PROPONENTE(S) VENDEDOR(ES)</w:t>
      </w:r>
    </w:p>
    <w:p/>
    <w:p>
      <w:r>
        <w:rPr>
          <w:b w:val="0"/>
          <w:i w:val="0"/>
          <w:sz w:val="22"/>
        </w:rPr>
        <w:t>_________________________________________________</w:t>
      </w:r>
    </w:p>
    <w:p>
      <w:r>
        <w:rPr>
          <w:b w:val="0"/>
          <w:i w:val="0"/>
          <w:sz w:val="22"/>
        </w:rPr>
        <w:t>Nome do(s) PROPONENTE(S) COMPRADOR(ES)</w:t>
      </w:r>
    </w:p>
    <w:p/>
    <w:p>
      <w:r>
        <w:rPr>
          <w:b/>
          <w:i w:val="0"/>
          <w:sz w:val="22"/>
        </w:rPr>
        <w:t>Testemunhas:</w:t>
      </w:r>
    </w:p>
    <w:p/>
    <w:p>
      <w:r>
        <w:rPr>
          <w:b w:val="0"/>
          <w:i w:val="0"/>
          <w:sz w:val="22"/>
        </w:rPr>
        <w:t>1. Nome: _____________________________________ CPF: __________________________</w:t>
      </w:r>
    </w:p>
    <w:p>
      <w:r>
        <w:rPr>
          <w:b w:val="0"/>
          <w:i w:val="0"/>
          <w:sz w:val="22"/>
        </w:rPr>
        <w:t>Assinatura: _________________________________________________________________</w:t>
      </w:r>
    </w:p>
    <w:p/>
    <w:p>
      <w:r>
        <w:rPr>
          <w:b w:val="0"/>
          <w:i w:val="0"/>
          <w:sz w:val="22"/>
        </w:rPr>
        <w:t>2. Nome: _____________________________________ CPF: __________________________</w:t>
      </w:r>
    </w:p>
    <w:p>
      <w:r>
        <w:rPr>
          <w:b w:val="0"/>
          <w:i w:val="0"/>
          <w:sz w:val="22"/>
        </w:rPr>
        <w:t>Assinatura: 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https://modelo-jus.com/proposta-de-venda-de-imovel/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proposta-de-venda-de-imove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