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RECIBO DE COMPRA E VENDA DE VEÍCULO</w:t>
      </w:r>
    </w:p>
    <w:p/>
    <w:p/>
    <w:p>
      <w:r>
        <w:rPr>
          <w:b w:val="0"/>
          <w:sz w:val="22"/>
        </w:rPr>
        <w:t>Eu, ________________________________________________, brasileiro(a), portador(a) do CPF nº ____________________, RG nº ____________________, residente e domiciliado(a) à ____________________________________________________, na cidade de ____________________, Estado ____________, doravante denominado(a) VENDEDOR(A),</w:t>
      </w:r>
    </w:p>
    <w:p>
      <w:r>
        <w:rPr>
          <w:b w:val="0"/>
          <w:sz w:val="22"/>
        </w:rPr>
        <w:t>declaro para os devidos fins que vendi, neste ato, a(o) Sr.(a) ________________________________________________, brasileiro(a), portador(a) do CPF nº ____________________, RG nº ____________________, residente e domiciliado(a) à ____________________________________________________, na cidade de ____________________, Estado ____________, doravante denominado(a) COMPRADOR(A),</w:t>
      </w:r>
    </w:p>
    <w:p>
      <w:r>
        <w:rPr>
          <w:b w:val="0"/>
          <w:sz w:val="22"/>
        </w:rPr>
        <w:t>o veículo descrito abaixo, que está livre e desembaraçado de quaisquer ônus, multas ou débitos anteriores à data da presente transação.</w:t>
      </w:r>
    </w:p>
    <w:p/>
    <w:p>
      <w:r>
        <w:rPr>
          <w:b/>
          <w:sz w:val="22"/>
        </w:rPr>
        <w:t>Dados do veículo:</w:t>
      </w:r>
    </w:p>
    <w:p>
      <w:r>
        <w:rPr>
          <w:b w:val="0"/>
          <w:sz w:val="22"/>
        </w:rPr>
        <w:t>Marca/Modelo: ____________________________________________________________</w:t>
      </w:r>
    </w:p>
    <w:p>
      <w:r>
        <w:rPr>
          <w:b w:val="0"/>
          <w:sz w:val="22"/>
        </w:rPr>
        <w:t>Ano de fabricação/Modelo: _____________________________</w:t>
      </w:r>
    </w:p>
    <w:p>
      <w:r>
        <w:rPr>
          <w:b w:val="0"/>
          <w:sz w:val="22"/>
        </w:rPr>
        <w:t>Cor: ________________________________________________________________</w:t>
      </w:r>
    </w:p>
    <w:p>
      <w:r>
        <w:rPr>
          <w:b w:val="0"/>
          <w:sz w:val="22"/>
        </w:rPr>
        <w:t>Placa: _______________________________________________________________</w:t>
      </w:r>
    </w:p>
    <w:p>
      <w:r>
        <w:rPr>
          <w:b w:val="0"/>
          <w:sz w:val="22"/>
        </w:rPr>
        <w:t>Renavam: _____________________________________________________________</w:t>
      </w:r>
    </w:p>
    <w:p>
      <w:r>
        <w:rPr>
          <w:b w:val="0"/>
          <w:sz w:val="22"/>
        </w:rPr>
        <w:t>Chassi: ______________________________________________________________</w:t>
      </w:r>
    </w:p>
    <w:p>
      <w:r>
        <w:rPr>
          <w:b w:val="0"/>
          <w:sz w:val="22"/>
        </w:rPr>
        <w:t>Combustível: _________________________________________________________</w:t>
      </w:r>
    </w:p>
    <w:p>
      <w:r>
        <w:rPr>
          <w:b w:val="0"/>
          <w:sz w:val="22"/>
        </w:rPr>
        <w:t>Número do motor: ______________________________________________________</w:t>
      </w:r>
    </w:p>
    <w:p/>
    <w:p>
      <w:r>
        <w:rPr>
          <w:b w:val="0"/>
          <w:sz w:val="22"/>
        </w:rPr>
        <w:t>O valor total da venda é de R$ ______________________________ (______________________________), que foi pago pelo(a) COMPRADOR(A) ao(à) VENDEDOR(A) neste ato, em moeda corrente nacional, de forma integral e sem quaisquer reservas.</w:t>
      </w:r>
    </w:p>
    <w:p/>
    <w:p>
      <w:r>
        <w:rPr>
          <w:b/>
          <w:sz w:val="22"/>
        </w:rPr>
        <w:t>O(a) VENDEDOR(A) declara que o veículo acima descrito encontra-se em perfeitas condições de uso e funcionamento, salvo as descritas a seguir:</w:t>
      </w:r>
    </w:p>
    <w:p>
      <w:r>
        <w:rPr>
          <w:b w:val="0"/>
          <w:sz w:val="22"/>
        </w:rPr>
        <w:t>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</w:t>
      </w:r>
    </w:p>
    <w:p/>
    <w:p>
      <w:r>
        <w:rPr>
          <w:b w:val="0"/>
          <w:sz w:val="22"/>
        </w:rPr>
        <w:t>O(a) COMPRADOR(A) declara que examinou o veículo e aceita-o no estado em que se encontra, isentando o(a) VENDEDOR(A) de quaisquer responsabilidades futuras relacionadas ao uso, manutenção ou estado do veículo após a assinatura deste recibo.</w:t>
      </w:r>
    </w:p>
    <w:p/>
    <w:p>
      <w:r>
        <w:rPr>
          <w:b w:val="0"/>
          <w:sz w:val="22"/>
        </w:rPr>
        <w:t>Fica desde já ajustado que quaisquer multas, impostos, taxas e demais encargos incidentes sobre o veículo a partir da presente data serão de responsabilidade do(a) COMPRADOR(A).</w:t>
      </w:r>
    </w:p>
    <w:p/>
    <w:p>
      <w:r>
        <w:rPr>
          <w:b w:val="0"/>
          <w:sz w:val="22"/>
        </w:rPr>
        <w:t>As partes elegem o foro da comarca de ____________________, Estado ____________, para dirimir quaisquer dúvidas ou controvérsias oriundas deste instrumento, com renúncia expressa a qualquer outro, por mais privilegiado que seja.</w:t>
      </w:r>
    </w:p>
    <w:p/>
    <w:p>
      <w:r>
        <w:rPr>
          <w:b w:val="0"/>
          <w:sz w:val="22"/>
        </w:rPr>
        <w:t>E por estarem assim justos e acordados, firmam o presente recibo em 2 (duas) vias de igual teor e forma, para que produza seus jurídicos e legais efeitos.</w:t>
      </w:r>
    </w:p>
    <w:p/>
    <w:p>
      <w:r>
        <w:rPr>
          <w:b w:val="0"/>
          <w:sz w:val="22"/>
        </w:rPr>
        <w:t>______________________________                   ______________________________</w:t>
      </w:r>
    </w:p>
    <w:p>
      <w:r>
        <w:rPr>
          <w:b w:val="0"/>
          <w:sz w:val="22"/>
        </w:rPr>
        <w:t>Assinatura do(a) VENDEDOR(A)                       Assinatura do(a) COMPRADOR(A)</w:t>
      </w:r>
    </w:p>
    <w:p/>
    <w:p>
      <w:r>
        <w:rPr>
          <w:b w:val="0"/>
          <w:sz w:val="22"/>
        </w:rPr>
        <w:t>CPF: ____________________________                  CPF: ____________________________</w:t>
      </w:r>
    </w:p>
    <w:p/>
    <w:p>
      <w:r>
        <w:rPr>
          <w:b/>
          <w:sz w:val="22"/>
        </w:rPr>
        <w:t>Testemunhas:</w:t>
      </w:r>
    </w:p>
    <w:p/>
    <w:p>
      <w:r>
        <w:rPr>
          <w:b w:val="0"/>
          <w:sz w:val="22"/>
        </w:rPr>
        <w:t>1. Nome: ___________________________________    Assinatura: ___________________________</w:t>
      </w:r>
    </w:p>
    <w:p>
      <w:r>
        <w:rPr>
          <w:b w:val="0"/>
          <w:sz w:val="22"/>
        </w:rPr>
        <w:t xml:space="preserve">   CPF: _________________________________</w:t>
      </w:r>
    </w:p>
    <w:p/>
    <w:p>
      <w:r>
        <w:rPr>
          <w:b w:val="0"/>
          <w:sz w:val="22"/>
        </w:rPr>
        <w:t>2. Nome: ___________________________________    Assinatura: ___________________________</w:t>
      </w:r>
    </w:p>
    <w:p>
      <w:r>
        <w:rPr>
          <w:b w:val="0"/>
          <w:sz w:val="22"/>
        </w:rPr>
        <w:t xml:space="preserve">   CPF: 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https://modelo-jus.com/recibo-de-compra-e-venda-de-veiculo/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recibo-de-compra-e-venda-de-veicul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