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COMPRA E VENDA DE MOTOCICLETA</w:t>
      </w:r>
    </w:p>
    <w:p/>
    <w:p/>
    <w:p>
      <w:r>
        <w:rPr>
          <w:b w:val="0"/>
          <w:sz w:val="22"/>
        </w:rPr>
        <w:t>Eu, ________________________________________________, brasileiro(a), portador(a) do RG nº ____________________, CPF nº ____________________, residente e domiciliado(a) à ________________________________________________________________, doravante denominado(a) VENDEDOR(A), declaro para os devidos fins que recebi do(a) Sr.(a) ________________________________________________, brasileiro(a), portador(a) do RG nº ____________________, CPF nº ____________________, residente e domiciliado(a) à ________________________________________________________________, doravante denominado(a) COMPRADOR(A), a quantia de R$ _____________________________ (____________________________________________ reais), referente à venda da motocicleta descrita abaixo.</w:t>
      </w:r>
    </w:p>
    <w:p/>
    <w:p>
      <w:r>
        <w:rPr>
          <w:b/>
          <w:sz w:val="22"/>
        </w:rPr>
        <w:t>Descrição da Motocicleta:</w:t>
      </w:r>
    </w:p>
    <w:p>
      <w:r>
        <w:rPr>
          <w:b w:val="0"/>
          <w:sz w:val="22"/>
        </w:rPr>
        <w:t>Marca/Modelo: ____________________________________________________________</w:t>
      </w:r>
    </w:p>
    <w:p>
      <w:r>
        <w:rPr>
          <w:b w:val="0"/>
          <w:sz w:val="22"/>
        </w:rPr>
        <w:t>Ano de Fabricação: ________________</w:t>
      </w:r>
    </w:p>
    <w:p>
      <w:r>
        <w:rPr>
          <w:b w:val="0"/>
          <w:sz w:val="22"/>
        </w:rPr>
        <w:t>Ano do Modelo: ____________________</w:t>
      </w:r>
    </w:p>
    <w:p>
      <w:r>
        <w:rPr>
          <w:b w:val="0"/>
          <w:sz w:val="22"/>
        </w:rPr>
        <w:t>Cor: _____________________________________________</w:t>
      </w:r>
    </w:p>
    <w:p>
      <w:r>
        <w:rPr>
          <w:b w:val="0"/>
          <w:sz w:val="22"/>
        </w:rPr>
        <w:t>Chassi: __________________________________________</w:t>
      </w:r>
    </w:p>
    <w:p>
      <w:r>
        <w:rPr>
          <w:b w:val="0"/>
          <w:sz w:val="22"/>
        </w:rPr>
        <w:t>Renavam: _________________________________________</w:t>
      </w:r>
    </w:p>
    <w:p>
      <w:r>
        <w:rPr>
          <w:b w:val="0"/>
          <w:sz w:val="22"/>
        </w:rPr>
        <w:t>Placa: ___________________________________________</w:t>
      </w:r>
    </w:p>
    <w:p>
      <w:r>
        <w:rPr>
          <w:b w:val="0"/>
          <w:sz w:val="22"/>
        </w:rPr>
        <w:t>Combustível: _____________________________________</w:t>
      </w:r>
    </w:p>
    <w:p>
      <w:r>
        <w:rPr>
          <w:b w:val="0"/>
          <w:sz w:val="22"/>
        </w:rPr>
        <w:t>Quilometragem: ___________________________________</w:t>
      </w:r>
    </w:p>
    <w:p/>
    <w:p>
      <w:r>
        <w:rPr>
          <w:b w:val="0"/>
          <w:sz w:val="22"/>
        </w:rPr>
        <w:t>Declaro ainda que a motocicleta acima descrita encontra-se livre e desembaraçada de quaisquer ônus, multas, gravames, débitos de IPVA, licenciamento, DPVAT, multas de trânsito e quaisquer outras pendências administrativas ou judiciais até a presente data, assumindo total responsabilidade por quaisquer fatos posteriores à presente data.</w:t>
      </w:r>
    </w:p>
    <w:p/>
    <w:p>
      <w:r>
        <w:rPr>
          <w:b w:val="0"/>
          <w:sz w:val="22"/>
        </w:rPr>
        <w:t>O(a) COMPRADOR(A) declara ter vistoriado a motocicleta, estando ciente das condições em que se encontra, aceitando-a no estado em que se encontra, renunciando a qualquer reclamação futura.</w:t>
      </w:r>
    </w:p>
    <w:p/>
    <w:p>
      <w:r>
        <w:rPr>
          <w:b w:val="0"/>
          <w:sz w:val="22"/>
        </w:rPr>
        <w:t>Por ser verdade, firmamos o presente recibo em duas vias de igual teor e forma, para que produza seus jurídicos e legais efeitos.</w:t>
      </w:r>
    </w:p>
    <w:p/>
    <w:p/>
    <w:p/>
    <w:p>
      <w:pPr>
        <w:jc w:val="left"/>
      </w:pPr>
      <w:r>
        <w:rPr>
          <w:b/>
        </w:rPr>
        <w:t>______________________________________________</w:t>
        <w:br/>
      </w:r>
      <w:r>
        <w:t>VENDEDOR(A)</w:t>
        <w:br/>
      </w:r>
      <w:r>
        <w:t>RG: _____________________  CPF: _____________________</w:t>
        <w:br/>
      </w:r>
      <w:r>
        <w:t>Data: ____/____/________</w:t>
      </w:r>
    </w:p>
    <w:p/>
    <w:p/>
    <w:p/>
    <w:p/>
    <w:p>
      <w:pPr>
        <w:jc w:val="left"/>
      </w:pPr>
      <w:r>
        <w:rPr>
          <w:b/>
        </w:rPr>
        <w:t>______________________________________________</w:t>
        <w:br/>
      </w:r>
      <w:r>
        <w:t>COMPRADOR(A)</w:t>
        <w:br/>
      </w:r>
      <w:r>
        <w:t>RG: _____________________  CPF: _____________________</w:t>
        <w:br/>
      </w:r>
      <w:r>
        <w:t>Data: ____/____/________</w:t>
      </w:r>
    </w:p>
    <w:p/>
    <w:p/>
    <w:p/>
    <w:p/>
    <w:p>
      <w:pPr>
        <w:jc w:val="center"/>
      </w:pPr>
      <w:r>
        <w:rPr>
          <w:b w:val="0"/>
          <w:sz w:val="22"/>
        </w:rPr>
        <w:t>Reconhecer firma das assinaturas acima em cartório para maior segurança.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https://modelo-jus.com/recibo-de-moto/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cibo-de-mot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