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RECIBO DE RESCISÃO DE CONTRATO DE TRABALHO</w:t>
      </w:r>
    </w:p>
    <w:p/>
    <w:p/>
    <w:p>
      <w:r>
        <w:rPr>
          <w:b w:val="0"/>
          <w:sz w:val="22"/>
        </w:rPr>
        <w:t>Empregador: ________________________________________________________________</w:t>
      </w:r>
    </w:p>
    <w:p>
      <w:r>
        <w:rPr>
          <w:b w:val="0"/>
          <w:sz w:val="22"/>
        </w:rPr>
        <w:t>CNPJ: _____________________________________________________________________</w:t>
      </w:r>
    </w:p>
    <w:p>
      <w:r>
        <w:rPr>
          <w:b w:val="0"/>
          <w:sz w:val="22"/>
        </w:rPr>
        <w:t>Endereço: _________________________________________________________________</w:t>
      </w:r>
    </w:p>
    <w:p/>
    <w:p>
      <w:r>
        <w:rPr>
          <w:b w:val="0"/>
          <w:sz w:val="22"/>
        </w:rPr>
        <w:t>Empregado: _________________________________________________________________</w:t>
      </w:r>
    </w:p>
    <w:p>
      <w:r>
        <w:rPr>
          <w:b w:val="0"/>
          <w:sz w:val="22"/>
        </w:rPr>
        <w:t>CPF: ______________________________________________________________________</w:t>
      </w:r>
    </w:p>
    <w:p>
      <w:r>
        <w:rPr>
          <w:b w:val="0"/>
          <w:sz w:val="22"/>
        </w:rPr>
        <w:t>CTPS nº: __________________ Série: ________ UF: ________</w:t>
      </w:r>
    </w:p>
    <w:p>
      <w:r>
        <w:rPr>
          <w:b w:val="0"/>
          <w:sz w:val="22"/>
        </w:rPr>
        <w:t>Função: _________________________________________________________________</w:t>
      </w:r>
    </w:p>
    <w:p/>
    <w:p>
      <w:r>
        <w:rPr>
          <w:b w:val="0"/>
          <w:sz w:val="22"/>
        </w:rPr>
        <w:t>Data de Admissão: ____/____/______</w:t>
      </w:r>
    </w:p>
    <w:p>
      <w:r>
        <w:rPr>
          <w:b w:val="0"/>
          <w:sz w:val="22"/>
        </w:rPr>
        <w:t>Data de Rescisão: ____/____/______</w:t>
      </w:r>
    </w:p>
    <w:p/>
    <w:p>
      <w:r>
        <w:rPr>
          <w:b w:val="0"/>
          <w:sz w:val="22"/>
        </w:rPr>
        <w:t>Salário Base: R$ __________________________</w:t>
      </w:r>
    </w:p>
    <w:p/>
    <w:p>
      <w:r>
        <w:rPr>
          <w:b w:val="0"/>
          <w:sz w:val="22"/>
        </w:rPr>
        <w:t>Nos termos da legislação trabalhista vigente, o(a) empregado(a) acima identificado(a), declara para os devidos fins que recebeu do empregador a importância total de R$ ______________________ (__________________________________________________________________), referente à rescisão do contrato de trabalho, discriminada a seguir:</w:t>
      </w:r>
    </w:p>
    <w:p/>
    <w:p>
      <w:r>
        <w:rPr>
          <w:b w:val="0"/>
          <w:sz w:val="22"/>
        </w:rPr>
        <w:t>1. Saldo de Salário:</w:t>
      </w:r>
    </w:p>
    <w:p>
      <w:r>
        <w:rPr>
          <w:b w:val="0"/>
          <w:sz w:val="22"/>
        </w:rPr>
        <w:t xml:space="preserve">   R$ ________________________________________________________________</w:t>
      </w:r>
    </w:p>
    <w:p/>
    <w:p>
      <w:r>
        <w:rPr>
          <w:b w:val="0"/>
          <w:sz w:val="22"/>
        </w:rPr>
        <w:t>2. Aviso Prévio:</w:t>
      </w:r>
    </w:p>
    <w:p>
      <w:r>
        <w:rPr>
          <w:b w:val="0"/>
          <w:sz w:val="22"/>
        </w:rPr>
        <w:t xml:space="preserve">   ( ) Trabalhado</w:t>
      </w:r>
    </w:p>
    <w:p>
      <w:r>
        <w:rPr>
          <w:b w:val="0"/>
          <w:sz w:val="22"/>
        </w:rPr>
        <w:t xml:space="preserve">   ( ) Indenizado</w:t>
      </w:r>
    </w:p>
    <w:p>
      <w:r>
        <w:rPr>
          <w:b w:val="0"/>
          <w:sz w:val="22"/>
        </w:rPr>
        <w:t xml:space="preserve">   Valor: R$ _________________________________________________________</w:t>
      </w:r>
    </w:p>
    <w:p/>
    <w:p>
      <w:r>
        <w:rPr>
          <w:b w:val="0"/>
          <w:sz w:val="22"/>
        </w:rPr>
        <w:t>3. Férias Vencidas:</w:t>
      </w:r>
    </w:p>
    <w:p>
      <w:r>
        <w:rPr>
          <w:b w:val="0"/>
          <w:sz w:val="22"/>
        </w:rPr>
        <w:t xml:space="preserve">   Período: ___________________________________________________________</w:t>
      </w:r>
    </w:p>
    <w:p>
      <w:r>
        <w:rPr>
          <w:b w:val="0"/>
          <w:sz w:val="22"/>
        </w:rPr>
        <w:t xml:space="preserve">   Valor: R$ _________________________________________________________</w:t>
      </w:r>
    </w:p>
    <w:p/>
    <w:p>
      <w:r>
        <w:rPr>
          <w:b w:val="0"/>
          <w:sz w:val="22"/>
        </w:rPr>
        <w:t>4. Férias Proporcionais:</w:t>
      </w:r>
    </w:p>
    <w:p>
      <w:r>
        <w:rPr>
          <w:b w:val="0"/>
          <w:sz w:val="22"/>
        </w:rPr>
        <w:t xml:space="preserve">   Período: ___________________________________________________________</w:t>
      </w:r>
    </w:p>
    <w:p>
      <w:r>
        <w:rPr>
          <w:b w:val="0"/>
          <w:sz w:val="22"/>
        </w:rPr>
        <w:t xml:space="preserve">   Valor: R$ _________________________________________________________</w:t>
      </w:r>
    </w:p>
    <w:p/>
    <w:p>
      <w:r>
        <w:rPr>
          <w:b w:val="0"/>
          <w:sz w:val="22"/>
        </w:rPr>
        <w:t>5. 1/3 Constitucional sobre Férias:</w:t>
      </w:r>
    </w:p>
    <w:p>
      <w:r>
        <w:rPr>
          <w:b w:val="0"/>
          <w:sz w:val="22"/>
        </w:rPr>
        <w:t xml:space="preserve">   Valor: R$ _________________________________________________________</w:t>
      </w:r>
    </w:p>
    <w:p/>
    <w:p>
      <w:r>
        <w:rPr>
          <w:b w:val="0"/>
          <w:sz w:val="22"/>
        </w:rPr>
        <w:t>6. 13º Salário Proporcional:</w:t>
      </w:r>
    </w:p>
    <w:p>
      <w:r>
        <w:rPr>
          <w:b w:val="0"/>
          <w:sz w:val="22"/>
        </w:rPr>
        <w:t xml:space="preserve">   Valor: R$ _________________________________________________________</w:t>
      </w:r>
    </w:p>
    <w:p/>
    <w:p>
      <w:r>
        <w:rPr>
          <w:b w:val="0"/>
          <w:sz w:val="22"/>
        </w:rPr>
        <w:t>7. Multa do FGTS 40%:</w:t>
      </w:r>
    </w:p>
    <w:p>
      <w:r>
        <w:rPr>
          <w:b w:val="0"/>
          <w:sz w:val="22"/>
        </w:rPr>
        <w:t xml:space="preserve">   Valor: R$ _________________________________________________________</w:t>
      </w:r>
    </w:p>
    <w:p/>
    <w:p>
      <w:r>
        <w:rPr>
          <w:b w:val="0"/>
          <w:sz w:val="22"/>
        </w:rPr>
        <w:t>8. Saldo do FGTS:</w:t>
      </w:r>
    </w:p>
    <w:p>
      <w:r>
        <w:rPr>
          <w:b w:val="0"/>
          <w:sz w:val="22"/>
        </w:rPr>
        <w:t xml:space="preserve">   Valor: R$ _________________________________________________________</w:t>
      </w:r>
    </w:p>
    <w:p/>
    <w:p>
      <w:r>
        <w:rPr>
          <w:b w:val="0"/>
          <w:sz w:val="22"/>
        </w:rPr>
        <w:t>9. Outras verbas rescisórias:</w:t>
      </w:r>
    </w:p>
    <w:p>
      <w:r>
        <w:rPr>
          <w:b w:val="0"/>
          <w:sz w:val="22"/>
        </w:rPr>
        <w:t xml:space="preserve">   ___________________________________________________________________</w:t>
      </w:r>
    </w:p>
    <w:p>
      <w:r>
        <w:rPr>
          <w:b w:val="0"/>
          <w:sz w:val="22"/>
        </w:rPr>
        <w:t xml:space="preserve">   Valor: R$ _________________________________________________________</w:t>
      </w:r>
    </w:p>
    <w:p/>
    <w:p>
      <w:r>
        <w:rPr>
          <w:b w:val="0"/>
          <w:sz w:val="22"/>
        </w:rPr>
        <w:t>Total Geral: R$ ____________________________________________________________</w:t>
      </w:r>
    </w:p>
    <w:p/>
    <w:p>
      <w:r>
        <w:rPr>
          <w:b w:val="0"/>
          <w:sz w:val="22"/>
        </w:rPr>
        <w:t>O(a) empregado(a) declara, ainda, que recebeu todas as verbas rescisórias devidas pela legislação trabalhista e que nada mais tem a reclamar a esse respeito, dando plena, geral e irrevogável quitação ao empregador, nada mais exigindo a qualquer título, especialmente em relação ao contrato de trabalho ora rescindido.</w:t>
      </w:r>
    </w:p>
    <w:p/>
    <w:p>
      <w:r>
        <w:rPr>
          <w:b w:val="0"/>
          <w:sz w:val="22"/>
        </w:rPr>
        <w:t>O presente recibo é firmado em ________________, no dia ____ de ____________________ de _________.</w:t>
      </w:r>
    </w:p>
    <w:p/>
    <w:p>
      <w:r>
        <w:rPr>
          <w:b w:val="0"/>
          <w:sz w:val="22"/>
        </w:rPr>
        <w:t>______________________________________________________</w:t>
      </w:r>
    </w:p>
    <w:p>
      <w:r>
        <w:rPr>
          <w:b w:val="0"/>
          <w:sz w:val="22"/>
        </w:rPr>
        <w:t>Assinatura do(a) Empregado(a)</w:t>
      </w:r>
    </w:p>
    <w:p/>
    <w:p>
      <w:r>
        <w:rPr>
          <w:b w:val="0"/>
          <w:sz w:val="22"/>
        </w:rPr>
        <w:t>______________________________________________________</w:t>
      </w:r>
    </w:p>
    <w:p>
      <w:r>
        <w:rPr>
          <w:b w:val="0"/>
          <w:sz w:val="22"/>
        </w:rPr>
        <w:t>Assinatura do Empregador ou Representante Legal</w:t>
      </w:r>
    </w:p>
    <w:p/>
    <w:p>
      <w:r>
        <w:rPr>
          <w:b w:val="0"/>
          <w:sz w:val="22"/>
        </w:rPr>
        <w:t>Testemunhas:</w:t>
      </w:r>
    </w:p>
    <w:p/>
    <w:p>
      <w:r>
        <w:rPr>
          <w:b/>
          <w:sz w:val="22"/>
        </w:rPr>
        <w:t>1) Nome: __________________________________________ CPF: ____________________ Assinatura: _________________________</w:t>
      </w:r>
    </w:p>
    <w:p/>
    <w:p>
      <w:r>
        <w:rPr>
          <w:b/>
          <w:sz w:val="22"/>
        </w:rPr>
        <w:t>2) Nome: __________________________________________ CPF: ____________________ Assinatura: _________________________</w:t>
      </w:r>
    </w:p>
    <w:p/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https://modelo-jus.com/recibo-de-rescisao/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https://modelo-jus.com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modelo-jus.com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odelo-jus.com/recibo-de-rescisao/" TargetMode="External"/><Relationship Id="rId10" Type="http://schemas.openxmlformats.org/officeDocument/2006/relationships/hyperlink" Target="https://modelo-ju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