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AÇÃO DE RECONHECIMENTO DE UNIÃO ESTÁVEL</w:t>
      </w:r>
    </w:p>
    <w:p/>
    <w:p/>
    <w:p>
      <w:r>
        <w:rPr>
          <w:b/>
          <w:i w:val="0"/>
          <w:sz w:val="22"/>
        </w:rPr>
        <w:t>EXCELENTÍSSIMO(A) SENHOR(A) DOUTOR(A) JUIZ(A) DE DIREITO DA ___ VARA DE FAMÍLIA E SUCESSÕES DA COMARCA DE ______________________________</w:t>
      </w:r>
    </w:p>
    <w:p/>
    <w:p/>
    <w:p>
      <w:r>
        <w:rPr>
          <w:b/>
          <w:i w:val="0"/>
          <w:sz w:val="22"/>
        </w:rPr>
        <w:t>REQUERENTE 1:</w:t>
      </w:r>
    </w:p>
    <w:p>
      <w:r>
        <w:rPr>
          <w:b w:val="0"/>
          <w:i w:val="0"/>
          <w:sz w:val="22"/>
        </w:rPr>
        <w:t>Nome: ________________________________________________________________</w:t>
      </w:r>
    </w:p>
    <w:p>
      <w:r>
        <w:rPr>
          <w:b w:val="0"/>
          <w:i w:val="0"/>
          <w:sz w:val="22"/>
        </w:rPr>
        <w:t>Nacionalidade: _________________________________________________________</w:t>
      </w:r>
    </w:p>
    <w:p>
      <w:r>
        <w:rPr>
          <w:b w:val="0"/>
          <w:i w:val="0"/>
          <w:sz w:val="22"/>
        </w:rPr>
        <w:t>Estado Civil: __________________________________________________________</w:t>
      </w:r>
    </w:p>
    <w:p>
      <w:r>
        <w:rPr>
          <w:b w:val="0"/>
          <w:i w:val="0"/>
          <w:sz w:val="22"/>
        </w:rPr>
        <w:t>Profissão: _____________________________________________________________</w:t>
      </w:r>
    </w:p>
    <w:p>
      <w:r>
        <w:rPr>
          <w:b w:val="0"/>
          <w:i w:val="0"/>
          <w:sz w:val="22"/>
        </w:rPr>
        <w:t>Documento de Identidade (RG): ___________________________________________</w:t>
      </w:r>
    </w:p>
    <w:p>
      <w:r>
        <w:rPr>
          <w:b w:val="0"/>
          <w:i w:val="0"/>
          <w:sz w:val="22"/>
        </w:rPr>
        <w:t>CPF: _________________________________________________________________</w:t>
      </w:r>
    </w:p>
    <w:p>
      <w:r>
        <w:rPr>
          <w:b w:val="0"/>
          <w:i w:val="0"/>
          <w:sz w:val="22"/>
        </w:rPr>
        <w:t>Endereço: _____________________________________________________________</w:t>
      </w:r>
    </w:p>
    <w:p>
      <w:r>
        <w:rPr>
          <w:b w:val="0"/>
          <w:i w:val="0"/>
          <w:sz w:val="22"/>
        </w:rPr>
        <w:t>Telefone: ______________________________________________________________</w:t>
      </w:r>
    </w:p>
    <w:p>
      <w:r>
        <w:rPr>
          <w:b w:val="0"/>
          <w:i w:val="0"/>
          <w:sz w:val="22"/>
        </w:rPr>
        <w:t>E-mail: ________________________________________________________________</w:t>
      </w:r>
    </w:p>
    <w:p/>
    <w:p>
      <w:r>
        <w:rPr>
          <w:b/>
          <w:i w:val="0"/>
          <w:sz w:val="22"/>
        </w:rPr>
        <w:t>REQUERENTE 2:</w:t>
      </w:r>
    </w:p>
    <w:p>
      <w:r>
        <w:rPr>
          <w:b w:val="0"/>
          <w:i w:val="0"/>
          <w:sz w:val="22"/>
        </w:rPr>
        <w:t>Nome: ________________________________________________________________</w:t>
      </w:r>
    </w:p>
    <w:p>
      <w:r>
        <w:rPr>
          <w:b w:val="0"/>
          <w:i w:val="0"/>
          <w:sz w:val="22"/>
        </w:rPr>
        <w:t>Nacionalidade: _________________________________________________________</w:t>
      </w:r>
    </w:p>
    <w:p>
      <w:r>
        <w:rPr>
          <w:b w:val="0"/>
          <w:i w:val="0"/>
          <w:sz w:val="22"/>
        </w:rPr>
        <w:t>Estado Civil: __________________________________________________________</w:t>
      </w:r>
    </w:p>
    <w:p>
      <w:r>
        <w:rPr>
          <w:b w:val="0"/>
          <w:i w:val="0"/>
          <w:sz w:val="22"/>
        </w:rPr>
        <w:t>Profissão: _____________________________________________________________</w:t>
      </w:r>
    </w:p>
    <w:p>
      <w:r>
        <w:rPr>
          <w:b w:val="0"/>
          <w:i w:val="0"/>
          <w:sz w:val="22"/>
        </w:rPr>
        <w:t>Documento de Identidade (RG): ___________________________________________</w:t>
      </w:r>
    </w:p>
    <w:p>
      <w:r>
        <w:rPr>
          <w:b w:val="0"/>
          <w:i w:val="0"/>
          <w:sz w:val="22"/>
        </w:rPr>
        <w:t>CPF: _________________________________________________________________</w:t>
      </w:r>
    </w:p>
    <w:p>
      <w:r>
        <w:rPr>
          <w:b w:val="0"/>
          <w:i w:val="0"/>
          <w:sz w:val="22"/>
        </w:rPr>
        <w:t>Endereço: _____________________________________________________________</w:t>
      </w:r>
    </w:p>
    <w:p>
      <w:r>
        <w:rPr>
          <w:b w:val="0"/>
          <w:i w:val="0"/>
          <w:sz w:val="22"/>
        </w:rPr>
        <w:t>Telefone: ______________________________________________________________</w:t>
      </w:r>
    </w:p>
    <w:p>
      <w:r>
        <w:rPr>
          <w:b w:val="0"/>
          <w:i w:val="0"/>
          <w:sz w:val="22"/>
        </w:rPr>
        <w:t>E-mail: ________________________________________________________________</w:t>
      </w:r>
    </w:p>
    <w:p/>
    <w:p/>
    <w:p>
      <w:r>
        <w:rPr>
          <w:b/>
          <w:i w:val="0"/>
          <w:sz w:val="22"/>
        </w:rPr>
        <w:t>I - DOS FATOS</w:t>
      </w:r>
    </w:p>
    <w:p/>
    <w:p>
      <w:r>
        <w:rPr>
          <w:b w:val="0"/>
          <w:i w:val="0"/>
          <w:sz w:val="22"/>
        </w:rPr>
        <w:t>Os Requerentes convivem em união estável pública, contínua e duradoura, estabelecida com objetivo de constituição de família, nos termos do art. 1.723 do Código Civil Brasileiro, há aproximadamente ___ anos, conforme demonstram os documentos anexos.</w:t>
      </w:r>
    </w:p>
    <w:p/>
    <w:p>
      <w:r>
        <w:rPr>
          <w:b w:val="0"/>
          <w:i w:val="0"/>
          <w:sz w:val="22"/>
        </w:rPr>
        <w:t>Durante esse período, mantiveram convivência pública e notória, agindo como verdadeiros companheiros, com mútua assistência, respeito, afeto e cooperação, compartilhando responsabilidades e decisões da vida em comum.</w:t>
      </w:r>
    </w:p>
    <w:p/>
    <w:p>
      <w:r>
        <w:rPr>
          <w:b w:val="0"/>
          <w:i w:val="0"/>
          <w:sz w:val="22"/>
        </w:rPr>
        <w:t>A relação dos Requerentes é estável e duradoura, com coabitação no mesmo endereço residencial, conforme comprovam as provas documentais que acompanham esta petição.</w:t>
      </w:r>
    </w:p>
    <w:p/>
    <w:p/>
    <w:p>
      <w:r>
        <w:rPr>
          <w:b/>
          <w:i w:val="0"/>
          <w:sz w:val="22"/>
        </w:rPr>
        <w:t>II - DO DIREITO</w:t>
      </w:r>
    </w:p>
    <w:p/>
    <w:p>
      <w:r>
        <w:rPr>
          <w:b w:val="0"/>
          <w:i w:val="0"/>
          <w:sz w:val="22"/>
        </w:rPr>
        <w:t>O Código Civil, em seu artigo 1.723, reconhece a união estável como entidade familiar, equiparando-a ao casamento para todos os fins legais, desde que configurada a convivência pública, contínua e duradoura e estabelecida com objetivo de constituição de família.</w:t>
      </w:r>
    </w:p>
    <w:p/>
    <w:p>
      <w:r>
        <w:rPr>
          <w:b w:val="0"/>
          <w:i w:val="0"/>
          <w:sz w:val="22"/>
        </w:rPr>
        <w:t>Ademais, a Constituição Federal de 1988, em seu artigo 226, §3º, assegura proteção às uniões estáveis, conferindo-lhes os mesmos direitos e deveres inerentes ao casamento.</w:t>
      </w:r>
    </w:p>
    <w:p/>
    <w:p>
      <w:r>
        <w:rPr>
          <w:b w:val="0"/>
          <w:i w:val="0"/>
          <w:sz w:val="22"/>
        </w:rPr>
        <w:t>Portanto, é direito dos Requerentes o reconhecimento judicial da união estável, para que produza efeitos legais, inclusive para fins patrimoniais, sucessórios e previdenciários.</w:t>
      </w:r>
    </w:p>
    <w:p/>
    <w:p/>
    <w:p>
      <w:r>
        <w:rPr>
          <w:b/>
          <w:i w:val="0"/>
          <w:sz w:val="22"/>
        </w:rPr>
        <w:t>III - DOS PEDIDOS</w:t>
      </w:r>
    </w:p>
    <w:p/>
    <w:p>
      <w:r>
        <w:rPr>
          <w:b/>
          <w:i w:val="0"/>
          <w:sz w:val="22"/>
        </w:rPr>
        <w:t>Diante do exposto, requer-se:</w:t>
      </w:r>
    </w:p>
    <w:p/>
    <w:p>
      <w:r>
        <w:rPr>
          <w:b w:val="0"/>
          <w:i w:val="0"/>
          <w:sz w:val="22"/>
        </w:rPr>
        <w:t>1. O recebimento e processamento desta ação de reconhecimento de união estável;</w:t>
      </w:r>
    </w:p>
    <w:p>
      <w:r>
        <w:rPr>
          <w:b w:val="0"/>
          <w:i w:val="0"/>
          <w:sz w:val="22"/>
        </w:rPr>
        <w:t>2. A citação do(a) Requerido(a), para, querendo, apresentar contestação, sob pena de revelia;</w:t>
      </w:r>
    </w:p>
    <w:p>
      <w:r>
        <w:rPr>
          <w:b w:val="0"/>
          <w:i w:val="0"/>
          <w:sz w:val="22"/>
        </w:rPr>
        <w:t>3. O reconhecimento judicial da união estável mantida entre os Requerentes, declarando-se a convivência pública, contínua e duradoura com objetivo de constituição de família, produzindo todos os efeitos legais daí decorrentes;</w:t>
      </w:r>
    </w:p>
    <w:p>
      <w:r>
        <w:rPr>
          <w:b w:val="0"/>
          <w:i w:val="0"/>
          <w:sz w:val="22"/>
        </w:rPr>
        <w:t>4. A condenação em custas e honorários advocatícios, se houver contestação;</w:t>
      </w:r>
    </w:p>
    <w:p>
      <w:r>
        <w:rPr>
          <w:b w:val="0"/>
          <w:i w:val="0"/>
          <w:sz w:val="22"/>
        </w:rPr>
        <w:t>5. A concessão dos benefícios da Justiça Gratuita, caso necessário, nos termos da lei;</w:t>
      </w:r>
    </w:p>
    <w:p/>
    <w:p/>
    <w:p>
      <w:r>
        <w:rPr>
          <w:b/>
          <w:i w:val="0"/>
          <w:sz w:val="22"/>
        </w:rPr>
        <w:t>IV - DO VALOR DA CAUSA</w:t>
      </w:r>
    </w:p>
    <w:p/>
    <w:p>
      <w:r>
        <w:rPr>
          <w:b w:val="0"/>
          <w:i w:val="0"/>
          <w:sz w:val="22"/>
        </w:rPr>
        <w:t>Dá-se à causa o valor de R$ __________________________ para efeitos fiscais.</w:t>
      </w:r>
    </w:p>
    <w:p/>
    <w:p/>
    <w:p>
      <w:r>
        <w:rPr>
          <w:b w:val="0"/>
          <w:i w:val="0"/>
          <w:sz w:val="22"/>
        </w:rPr>
        <w:t>Nestes termos,</w:t>
      </w:r>
    </w:p>
    <w:p>
      <w:r>
        <w:rPr>
          <w:b w:val="0"/>
          <w:i w:val="0"/>
          <w:sz w:val="22"/>
        </w:rPr>
        <w:t>Pede deferimento.</w:t>
      </w:r>
    </w:p>
    <w:p/>
    <w:p/>
    <w:p/>
    <w:p>
      <w:r>
        <w:rPr>
          <w:b w:val="0"/>
          <w:i w:val="0"/>
          <w:sz w:val="22"/>
        </w:rPr>
        <w:t>______________________________, ____ de ____________________ de ________</w:t>
      </w:r>
    </w:p>
    <w:p>
      <w:r>
        <w:rPr>
          <w:b w:val="0"/>
          <w:i w:val="0"/>
          <w:sz w:val="22"/>
        </w:rPr>
        <w:t>Local e data</w:t>
      </w:r>
    </w:p>
    <w:p/>
    <w:p/>
    <w:p/>
    <w:p>
      <w:r>
        <w:rPr>
          <w:b w:val="0"/>
          <w:i w:val="0"/>
          <w:sz w:val="22"/>
        </w:rPr>
        <w:t>_________________________________________</w:t>
      </w:r>
    </w:p>
    <w:p>
      <w:r>
        <w:rPr>
          <w:b w:val="0"/>
          <w:i w:val="0"/>
          <w:sz w:val="22"/>
        </w:rPr>
        <w:t>Nome do(a) Advogado(a)</w:t>
      </w:r>
    </w:p>
    <w:p>
      <w:r>
        <w:rPr>
          <w:b w:val="0"/>
          <w:i w:val="0"/>
          <w:sz w:val="22"/>
        </w:rPr>
        <w:t>OAB/___ Nº 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https://modelo-jus.com/reconhecimento-de-uniao-estavel/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reconhecimento-de-uniao-estavel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