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RELATÓRIO DE AUDIÊNCIA</w:t>
      </w:r>
    </w:p>
    <w:p/>
    <w:p/>
    <w:p>
      <w:r>
        <w:rPr>
          <w:b/>
          <w:sz w:val="22"/>
        </w:rPr>
        <w:t>I – IDENTIFICAÇÃO DO PROCESSO</w:t>
      </w:r>
    </w:p>
    <w:p>
      <w:r>
        <w:rPr>
          <w:b w:val="0"/>
          <w:i w:val="0"/>
          <w:sz w:val="20"/>
        </w:rPr>
        <w:t>Processo nº: ________________________________________________</w:t>
      </w:r>
    </w:p>
    <w:p>
      <w:r>
        <w:rPr>
          <w:b w:val="0"/>
          <w:i w:val="0"/>
          <w:sz w:val="20"/>
        </w:rPr>
        <w:t>Vara: ________________________________________________________</w:t>
      </w:r>
    </w:p>
    <w:p>
      <w:r>
        <w:rPr>
          <w:b w:val="0"/>
          <w:i w:val="0"/>
          <w:sz w:val="20"/>
        </w:rPr>
        <w:t>Juiz(a) responsável: __________________________________________</w:t>
      </w:r>
    </w:p>
    <w:p/>
    <w:p>
      <w:r>
        <w:rPr>
          <w:b/>
          <w:sz w:val="22"/>
        </w:rPr>
        <w:t>II – PARTES ENVOLVIDAS</w:t>
      </w:r>
    </w:p>
    <w:p>
      <w:r>
        <w:rPr>
          <w:b w:val="0"/>
          <w:i w:val="0"/>
          <w:sz w:val="20"/>
        </w:rPr>
        <w:t>Reclamante: ___________________________________________________</w:t>
      </w:r>
    </w:p>
    <w:p>
      <w:r>
        <w:rPr>
          <w:b w:val="0"/>
          <w:i w:val="0"/>
          <w:sz w:val="20"/>
        </w:rPr>
        <w:t>Advogado(a) do Reclamante: _____________________________________</w:t>
      </w:r>
    </w:p>
    <w:p>
      <w:r>
        <w:rPr>
          <w:b w:val="0"/>
          <w:i w:val="0"/>
          <w:sz w:val="20"/>
        </w:rPr>
        <w:t>OAB nº: _______________________________________________________</w:t>
      </w:r>
    </w:p>
    <w:p/>
    <w:p>
      <w:r>
        <w:rPr>
          <w:b w:val="0"/>
          <w:i w:val="0"/>
          <w:sz w:val="20"/>
        </w:rPr>
        <w:t>Reclamada: ____________________________________________________</w:t>
      </w:r>
    </w:p>
    <w:p>
      <w:r>
        <w:rPr>
          <w:b w:val="0"/>
          <w:i w:val="0"/>
          <w:sz w:val="20"/>
        </w:rPr>
        <w:t>Advogado(a) da Reclamada: ______________________________________</w:t>
      </w:r>
    </w:p>
    <w:p>
      <w:r>
        <w:rPr>
          <w:b w:val="0"/>
          <w:i w:val="0"/>
          <w:sz w:val="20"/>
        </w:rPr>
        <w:t>OAB nº: _______________________________________________________</w:t>
      </w:r>
    </w:p>
    <w:p/>
    <w:p/>
    <w:p>
      <w:r>
        <w:rPr>
          <w:b/>
          <w:sz w:val="22"/>
        </w:rPr>
        <w:t>III – DATA, HORA E LOCAL DA AUDIÊNCIA</w:t>
      </w:r>
    </w:p>
    <w:p>
      <w:r>
        <w:rPr>
          <w:b w:val="0"/>
          <w:i w:val="0"/>
          <w:sz w:val="20"/>
        </w:rPr>
        <w:t>Data da audiência: __/__/____</w:t>
      </w:r>
    </w:p>
    <w:p>
      <w:r>
        <w:rPr>
          <w:b w:val="0"/>
          <w:i w:val="0"/>
          <w:sz w:val="20"/>
        </w:rPr>
        <w:t>Hora de início: ________</w:t>
      </w:r>
    </w:p>
    <w:p>
      <w:r>
        <w:rPr>
          <w:b w:val="0"/>
          <w:i w:val="0"/>
          <w:sz w:val="20"/>
        </w:rPr>
        <w:t>Hora de término: ________</w:t>
      </w:r>
    </w:p>
    <w:p>
      <w:r>
        <w:rPr>
          <w:b w:val="0"/>
          <w:i w:val="0"/>
          <w:sz w:val="20"/>
        </w:rPr>
        <w:t>Local: ________________________________________________________</w:t>
      </w:r>
    </w:p>
    <w:p/>
    <w:p/>
    <w:p>
      <w:r>
        <w:rPr>
          <w:b/>
          <w:sz w:val="22"/>
        </w:rPr>
        <w:t>IV – OBJETO DA AUDIÊNCIA</w:t>
      </w:r>
    </w:p>
    <w:p>
      <w:r>
        <w:rPr>
          <w:b w:val="0"/>
          <w:i w:val="0"/>
          <w:sz w:val="20"/>
        </w:rPr>
        <w:t>Descrição resumida do objeto da audiência:</w:t>
      </w:r>
    </w:p>
    <w:p>
      <w:r>
        <w:rPr>
          <w:b w:val="0"/>
          <w:i w:val="0"/>
          <w:sz w:val="20"/>
        </w:rPr>
        <w:t>______________________________________________________________________________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2"/>
        </w:rPr>
        <w:t>V – PRESENÇA DAS PARTES E REPRESENTANTES</w:t>
      </w:r>
    </w:p>
    <w:p>
      <w:r>
        <w:rPr>
          <w:b w:val="0"/>
          <w:i w:val="0"/>
          <w:sz w:val="20"/>
        </w:rPr>
        <w:t>Presentes:</w:t>
      </w:r>
    </w:p>
    <w:p>
      <w:r>
        <w:rPr>
          <w:b w:val="0"/>
          <w:i w:val="0"/>
          <w:sz w:val="20"/>
        </w:rPr>
        <w:t>• Reclamante: __________________________________________________</w:t>
      </w:r>
    </w:p>
    <w:p>
      <w:r>
        <w:rPr>
          <w:b w:val="0"/>
          <w:i w:val="0"/>
          <w:sz w:val="20"/>
        </w:rPr>
        <w:t>• Advogado(a) do Reclamante: ___________________________________</w:t>
      </w:r>
    </w:p>
    <w:p>
      <w:r>
        <w:rPr>
          <w:b w:val="0"/>
          <w:i w:val="0"/>
          <w:sz w:val="20"/>
        </w:rPr>
        <w:t>• Reclamada: ___________________________________________________</w:t>
      </w:r>
    </w:p>
    <w:p>
      <w:r>
        <w:rPr>
          <w:b w:val="0"/>
          <w:i w:val="0"/>
          <w:sz w:val="20"/>
        </w:rPr>
        <w:t>• Advogado(a) da Reclamada: ____________________________________</w:t>
      </w:r>
    </w:p>
    <w:p>
      <w:r>
        <w:rPr>
          <w:b w:val="0"/>
          <w:i w:val="0"/>
          <w:sz w:val="20"/>
        </w:rPr>
        <w:t>• Testemunhas: _________________________________________________</w:t>
      </w:r>
    </w:p>
    <w:p>
      <w:r>
        <w:rPr>
          <w:b w:val="0"/>
          <w:i w:val="0"/>
          <w:sz w:val="20"/>
        </w:rPr>
        <w:t>• Outros: ______________________________________________________</w:t>
      </w:r>
    </w:p>
    <w:p/>
    <w:p/>
    <w:p>
      <w:r>
        <w:rPr>
          <w:b/>
          <w:sz w:val="22"/>
        </w:rPr>
        <w:t>VI – RELATO DA AUDIÊNCIA</w:t>
      </w:r>
    </w:p>
    <w:p>
      <w:r>
        <w:rPr>
          <w:b w:val="0"/>
          <w:i w:val="0"/>
          <w:sz w:val="20"/>
        </w:rPr>
        <w:t>1. Abertura da audiência pelo(a) MM. Juiz(a), com as formalidades legais.</w:t>
      </w:r>
    </w:p>
    <w:p>
      <w:r>
        <w:rPr>
          <w:b w:val="0"/>
          <w:i w:val="0"/>
          <w:sz w:val="20"/>
        </w:rPr>
        <w:t>2. Identificação e qualificação das partes e seus representantes.</w:t>
      </w:r>
    </w:p>
    <w:p>
      <w:r>
        <w:rPr>
          <w:b w:val="0"/>
          <w:i w:val="0"/>
          <w:sz w:val="20"/>
        </w:rPr>
        <w:t>3. Exposição inicial das partes:</w:t>
      </w:r>
    </w:p>
    <w:p>
      <w:r>
        <w:rPr>
          <w:b w:val="0"/>
          <w:i w:val="0"/>
          <w:sz w:val="20"/>
        </w:rPr>
        <w:t xml:space="preserve">   a) Reclamante:</w:t>
      </w:r>
    </w:p>
    <w:p>
      <w:r>
        <w:rPr>
          <w:b w:val="0"/>
          <w:i w:val="0"/>
          <w:sz w:val="20"/>
        </w:rPr>
        <w:t xml:space="preserve">      __________________________________________________________________________</w:t>
      </w:r>
    </w:p>
    <w:p>
      <w:r>
        <w:rPr>
          <w:b w:val="0"/>
          <w:i w:val="0"/>
          <w:sz w:val="20"/>
        </w:rPr>
        <w:t xml:space="preserve">      __________________________________________________________________________</w:t>
      </w:r>
    </w:p>
    <w:p>
      <w:r>
        <w:rPr>
          <w:b w:val="0"/>
          <w:i w:val="0"/>
          <w:sz w:val="20"/>
        </w:rPr>
        <w:t xml:space="preserve">   b) Reclamada:</w:t>
      </w:r>
    </w:p>
    <w:p>
      <w:r>
        <w:rPr>
          <w:b w:val="0"/>
          <w:i w:val="0"/>
          <w:sz w:val="20"/>
        </w:rPr>
        <w:t xml:space="preserve">      __________________________________________________________________________</w:t>
      </w:r>
    </w:p>
    <w:p>
      <w:r>
        <w:rPr>
          <w:b w:val="0"/>
          <w:i w:val="0"/>
          <w:sz w:val="20"/>
        </w:rPr>
        <w:t xml:space="preserve">      __________________________________________________________________________</w:t>
      </w:r>
    </w:p>
    <w:p/>
    <w:p>
      <w:r>
        <w:rPr>
          <w:b w:val="0"/>
          <w:i w:val="0"/>
          <w:sz w:val="20"/>
        </w:rPr>
        <w:t>4. Oitiva das testemunhas (quando houver):</w:t>
      </w:r>
    </w:p>
    <w:p>
      <w:r>
        <w:rPr>
          <w:b w:val="0"/>
          <w:i w:val="0"/>
          <w:sz w:val="20"/>
        </w:rPr>
        <w:t xml:space="preserve">   Nome: ___________________________________________________________</w:t>
      </w:r>
    </w:p>
    <w:p>
      <w:r>
        <w:rPr>
          <w:b w:val="0"/>
          <w:i w:val="0"/>
          <w:sz w:val="20"/>
        </w:rPr>
        <w:t xml:space="preserve">   Depoimento:</w:t>
      </w:r>
    </w:p>
    <w:p>
      <w:r>
        <w:rPr>
          <w:b w:val="0"/>
          <w:i w:val="0"/>
          <w:sz w:val="20"/>
        </w:rPr>
        <w:t xml:space="preserve">      __________________________________________________________________________</w:t>
      </w:r>
    </w:p>
    <w:p>
      <w:r>
        <w:rPr>
          <w:b w:val="0"/>
          <w:i w:val="0"/>
          <w:sz w:val="20"/>
        </w:rPr>
        <w:t xml:space="preserve">      __________________________________________________________________________</w:t>
      </w:r>
    </w:p>
    <w:p>
      <w:r>
        <w:rPr>
          <w:b w:val="0"/>
          <w:i w:val="0"/>
          <w:sz w:val="20"/>
        </w:rPr>
        <w:t xml:space="preserve">   Nome: ___________________________________________________________</w:t>
      </w:r>
    </w:p>
    <w:p>
      <w:r>
        <w:rPr>
          <w:b w:val="0"/>
          <w:i w:val="0"/>
          <w:sz w:val="20"/>
        </w:rPr>
        <w:t xml:space="preserve">   Depoimento:</w:t>
      </w:r>
    </w:p>
    <w:p>
      <w:r>
        <w:rPr>
          <w:b w:val="0"/>
          <w:i w:val="0"/>
          <w:sz w:val="20"/>
        </w:rPr>
        <w:t xml:space="preserve">      __________________________________________________________________________</w:t>
      </w:r>
    </w:p>
    <w:p>
      <w:r>
        <w:rPr>
          <w:b w:val="0"/>
          <w:i w:val="0"/>
          <w:sz w:val="20"/>
        </w:rPr>
        <w:t xml:space="preserve">      __________________________________________________________________________</w:t>
      </w:r>
    </w:p>
    <w:p/>
    <w:p>
      <w:r>
        <w:rPr>
          <w:b w:val="0"/>
          <w:i w:val="0"/>
          <w:sz w:val="20"/>
        </w:rPr>
        <w:t>5. Debates e manifestações finais das partes:</w:t>
      </w:r>
    </w:p>
    <w:p>
      <w:r>
        <w:rPr>
          <w:b w:val="0"/>
          <w:i w:val="0"/>
          <w:sz w:val="20"/>
        </w:rPr>
        <w:t xml:space="preserve">   ______________________________________________________________________________</w:t>
      </w:r>
    </w:p>
    <w:p>
      <w:r>
        <w:rPr>
          <w:b w:val="0"/>
          <w:i w:val="0"/>
          <w:sz w:val="20"/>
        </w:rPr>
        <w:t xml:space="preserve">   ______________________________________________________________________________</w:t>
      </w:r>
    </w:p>
    <w:p>
      <w:r>
        <w:rPr>
          <w:b w:val="0"/>
          <w:i w:val="0"/>
          <w:sz w:val="20"/>
        </w:rPr>
        <w:t xml:space="preserve">   ______________________________________________________________________________</w:t>
      </w:r>
    </w:p>
    <w:p/>
    <w:p/>
    <w:p>
      <w:r>
        <w:rPr>
          <w:b/>
          <w:sz w:val="22"/>
        </w:rPr>
        <w:t>VII – PROPOSTA DE CONCILIAÇÃO</w:t>
      </w:r>
    </w:p>
    <w:p>
      <w:r>
        <w:rPr>
          <w:b w:val="0"/>
          <w:i w:val="0"/>
          <w:sz w:val="20"/>
        </w:rPr>
        <w:t>Proposta apresentada pelo(a): ______________________________________</w:t>
      </w:r>
    </w:p>
    <w:p>
      <w:r>
        <w:rPr>
          <w:b w:val="0"/>
          <w:i w:val="0"/>
          <w:sz w:val="20"/>
        </w:rPr>
        <w:t>Conteúdo da proposta:</w:t>
      </w:r>
    </w:p>
    <w:p>
      <w:r>
        <w:rPr>
          <w:b w:val="0"/>
          <w:i w:val="0"/>
          <w:sz w:val="20"/>
        </w:rPr>
        <w:t>________________________________________________________________________________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________________________________________________________________________________</w:t>
      </w:r>
    </w:p>
    <w:p>
      <w:r>
        <w:rPr>
          <w:b w:val="0"/>
          <w:i w:val="0"/>
          <w:sz w:val="20"/>
        </w:rPr>
        <w:t>Aceita pelas partes? (   ) Sim      (   ) Não</w:t>
      </w:r>
    </w:p>
    <w:p/>
    <w:p/>
    <w:p>
      <w:r>
        <w:rPr>
          <w:b/>
          <w:sz w:val="22"/>
        </w:rPr>
        <w:t>VIII – DECISÃO E DETERMINAÇÕES</w:t>
      </w:r>
    </w:p>
    <w:p>
      <w:r>
        <w:rPr>
          <w:b w:val="0"/>
          <w:i w:val="0"/>
          <w:sz w:val="20"/>
        </w:rPr>
        <w:t>Decisão proferida pelo(a) MM. Juiz(a):</w:t>
      </w:r>
    </w:p>
    <w:p>
      <w:r>
        <w:rPr>
          <w:b w:val="0"/>
          <w:i w:val="0"/>
          <w:sz w:val="20"/>
        </w:rPr>
        <w:t>________________________________________________________________________________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________________________________________________________________________________</w:t>
      </w:r>
    </w:p>
    <w:p>
      <w:r>
        <w:rPr>
          <w:b w:val="0"/>
          <w:i w:val="0"/>
          <w:sz w:val="20"/>
        </w:rPr>
        <w:t>Determinações e prazos fixados:</w:t>
      </w:r>
    </w:p>
    <w:p>
      <w:r>
        <w:rPr>
          <w:b w:val="0"/>
          <w:i w:val="0"/>
          <w:sz w:val="20"/>
        </w:rPr>
        <w:t>________________________________________________________________________________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________________________________________________________________________________</w:t>
      </w:r>
    </w:p>
    <w:p/>
    <w:p/>
    <w:p>
      <w:r>
        <w:rPr>
          <w:b/>
          <w:sz w:val="22"/>
        </w:rPr>
        <w:t>IX – DOCUMENTOS APRESENTADOS</w:t>
      </w:r>
    </w:p>
    <w:p>
      <w:r>
        <w:rPr>
          <w:b w:val="0"/>
          <w:i w:val="0"/>
          <w:sz w:val="20"/>
        </w:rPr>
        <w:t>Lista dos documentos juntados na audiência:</w:t>
      </w:r>
    </w:p>
    <w:p>
      <w:r>
        <w:rPr>
          <w:b w:val="0"/>
          <w:i w:val="0"/>
          <w:sz w:val="20"/>
        </w:rPr>
        <w:t>• ________________________________________________________________</w:t>
      </w:r>
    </w:p>
    <w:p>
      <w:r>
        <w:rPr>
          <w:b w:val="0"/>
          <w:i w:val="0"/>
          <w:sz w:val="20"/>
        </w:rPr>
        <w:t>• ________________________________________________________________</w:t>
      </w:r>
    </w:p>
    <w:p>
      <w:r>
        <w:rPr>
          <w:b w:val="0"/>
          <w:i w:val="0"/>
          <w:sz w:val="20"/>
        </w:rPr>
        <w:t>• ________________________________________________________________</w:t>
      </w:r>
    </w:p>
    <w:p/>
    <w:p/>
    <w:p>
      <w:r>
        <w:rPr>
          <w:b/>
          <w:sz w:val="22"/>
        </w:rPr>
        <w:t>X – OBSERVAÇÕES GERAIS</w:t>
      </w:r>
    </w:p>
    <w:p>
      <w:r>
        <w:rPr>
          <w:b w:val="0"/>
          <w:i w:val="0"/>
          <w:sz w:val="20"/>
        </w:rPr>
        <w:t>________________________________________________________________________________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________________________________________________________________________________</w:t>
      </w:r>
    </w:p>
    <w:p>
      <w:r>
        <w:rPr>
          <w:b w:val="0"/>
          <w:i w:val="0"/>
          <w:sz w:val="20"/>
        </w:rPr>
        <w:t>________________________________________________________________________________</w:t>
      </w:r>
    </w:p>
    <w:p/>
    <w:p/>
    <w:p/>
    <w:p>
      <w:r>
        <w:rPr>
          <w:b w:val="0"/>
          <w:i w:val="0"/>
          <w:sz w:val="20"/>
        </w:rPr>
        <w:t>______________________________                      ______________________________</w:t>
      </w:r>
    </w:p>
    <w:p>
      <w:r>
        <w:rPr>
          <w:b w:val="0"/>
          <w:i w:val="0"/>
          <w:sz w:val="20"/>
        </w:rPr>
        <w:t>Assinatura do(a) Juiz(a)                                   Assinatura do(a) Escrivão(ã)/Secretário(a)</w:t>
      </w:r>
    </w:p>
    <w:p/>
    <w:p/>
    <w:p>
      <w:r>
        <w:rPr>
          <w:b w:val="0"/>
          <w:i w:val="0"/>
          <w:sz w:val="20"/>
        </w:rPr>
        <w:t>______________________________                      ______________________________</w:t>
      </w:r>
    </w:p>
    <w:p>
      <w:r>
        <w:rPr>
          <w:b w:val="0"/>
          <w:i w:val="0"/>
          <w:sz w:val="20"/>
        </w:rPr>
        <w:t>Assinatura do(a) Reclamante                              Assinatura do(a) Reclamado(a)</w:t>
      </w:r>
    </w:p>
    <w:p/>
    <w:p/>
    <w:p>
      <w:r>
        <w:rPr>
          <w:b w:val="0"/>
          <w:i w:val="0"/>
          <w:sz w:val="20"/>
        </w:rPr>
        <w:t>______________________________                      ______________________________</w:t>
      </w:r>
    </w:p>
    <w:p>
      <w:r>
        <w:rPr>
          <w:b w:val="0"/>
          <w:i w:val="0"/>
          <w:sz w:val="20"/>
        </w:rPr>
        <w:t>Assinatura do(a) Advogado(a) Reclamante                  Assinatura do(a) Advogado(a) Reclamado(a)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https://modelo-jus.com/relatorio-de-audiencia/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latorio-de-audienci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