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REQUERIMENTO DE PENSÃO POR MORTE</w:t>
      </w:r>
    </w:p>
    <w:p/>
    <w:p>
      <w:r>
        <w:rPr>
          <w:b w:val="0"/>
          <w:sz w:val="20"/>
        </w:rPr>
        <w:t>À</w:t>
      </w:r>
    </w:p>
    <w:p>
      <w:pPr>
        <w:jc w:val="center"/>
      </w:pPr>
      <w:r>
        <w:rPr>
          <w:b/>
          <w:sz w:val="20"/>
        </w:rPr>
        <w:t>INSTITUIÇÃO PREVIDENCIÁRIA RESPONSÁVEL</w:t>
      </w:r>
    </w:p>
    <w:p>
      <w:r>
        <w:rPr>
          <w:b w:val="0"/>
          <w:sz w:val="20"/>
        </w:rPr>
        <w:t>___________________________________</w:t>
      </w:r>
    </w:p>
    <w:p>
      <w:r>
        <w:rPr>
          <w:b w:val="0"/>
          <w:sz w:val="20"/>
        </w:rPr>
        <w:t>Endereço: _________________________________________________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pPr>
        <w:jc w:val="center"/>
      </w:pPr>
      <w:r>
        <w:rPr>
          <w:b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</w:t>
      </w:r>
    </w:p>
    <w:p/>
    <w:p>
      <w:r>
        <w:rPr>
          <w:b w:val="0"/>
          <w:sz w:val="20"/>
        </w:rPr>
        <w:t>ASSUNTO: Requerimento de Pensão por Morte</w:t>
      </w:r>
    </w:p>
    <w:p/>
    <w:p>
      <w:r>
        <w:rPr>
          <w:b/>
          <w:sz w:val="20"/>
        </w:rPr>
        <w:t>Excelentíssimos Senhores,</w:t>
      </w:r>
    </w:p>
    <w:p/>
    <w:p>
      <w:r>
        <w:rPr>
          <w:b w:val="0"/>
          <w:sz w:val="20"/>
        </w:rPr>
        <w:t>Eu, ________________________________________________, portador(a) do CPF nº _______________ e do RG nº ______________________, residente e domiciliado(a) no endereço acima informado, venho, respeitosamente, requerer a concessão do benefício de Pensão por Morte, nos termos da legislação previdenciária vigente, em razão do falecimento do(a) segurado(a) ____________________________________, cujo CPF nº é ______________________ e RG nº ______________________, ocorrido em __/__/____.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segurado(a) acima referido(a) era titular de benefício previdenciário junto a esta instituição, estando devidamente inscrito(a) no Regime Geral de Previdência Social, conforme documentos que acompanham este requerimento.</w:t>
      </w:r>
    </w:p>
    <w:p>
      <w:r>
        <w:rPr>
          <w:b w:val="0"/>
          <w:sz w:val="20"/>
        </w:rPr>
        <w:t>O falecimento do(a) segurado(a) causou a perda da fonte de renda do grupo familiar, motivo pelo qual requer a concessão da pensão por morte, benefício que visa garantir a subsistência dos dependentes legais previstos no art. 16 da Lei nº 8.213/91.</w:t>
      </w:r>
    </w:p>
    <w:p/>
    <w:p>
      <w:r>
        <w:rPr>
          <w:b/>
          <w:sz w:val="22"/>
        </w:rPr>
        <w:t>II – DOS DEPENDENTES</w:t>
      </w:r>
    </w:p>
    <w:p/>
    <w:p>
      <w:r>
        <w:rPr>
          <w:b/>
          <w:sz w:val="20"/>
        </w:rPr>
        <w:t>Conforme dispõe o artigo 16 da Lei nº 8.213/91, são dependentes do segurado para fins previdenciários:</w:t>
      </w:r>
    </w:p>
    <w:p/>
    <w:p>
      <w:r>
        <w:rPr>
          <w:b/>
          <w:sz w:val="20"/>
        </w:rPr>
        <w:t>a) o cônjuge ou companheiro(a);</w:t>
      </w:r>
    </w:p>
    <w:p>
      <w:r>
        <w:rPr>
          <w:b/>
          <w:sz w:val="20"/>
        </w:rPr>
        <w:t>b) os filhos não emancipados, de qualquer condição, menores de 21 (vinte e um) anos ou inválidos;</w:t>
      </w:r>
    </w:p>
    <w:p>
      <w:r>
        <w:rPr>
          <w:b/>
          <w:sz w:val="20"/>
        </w:rPr>
        <w:t>c) os pais;</w:t>
      </w:r>
    </w:p>
    <w:p>
      <w:r>
        <w:rPr>
          <w:b w:val="0"/>
          <w:sz w:val="20"/>
        </w:rPr>
        <w:t>d) os irmãos não emancipados, menores de 21 (vinte e um) anos ou inválidos, desde que comprovem dependência econômica.</w:t>
      </w:r>
    </w:p>
    <w:p/>
    <w:p>
      <w:r>
        <w:rPr>
          <w:b/>
          <w:sz w:val="20"/>
        </w:rPr>
        <w:t>Os dependentes do(a) segurado(a) falecido(a) são os seguintes:</w:t>
      </w:r>
    </w:p>
    <w:p/>
    <w:p>
      <w:r>
        <w:rPr>
          <w:b w:val="0"/>
          <w:sz w:val="20"/>
        </w:rPr>
        <w:t>Nome: ________________________________________ Grau de parentesco: ______________</w:t>
      </w:r>
    </w:p>
    <w:p>
      <w:r>
        <w:rPr>
          <w:b w:val="0"/>
          <w:sz w:val="20"/>
        </w:rPr>
        <w:t>Nome: ________________________________________ Grau de parentesco: ______________</w:t>
      </w:r>
    </w:p>
    <w:p>
      <w:r>
        <w:rPr>
          <w:b w:val="0"/>
          <w:sz w:val="20"/>
        </w:rPr>
        <w:t>Nome: ________________________________________ Grau de parentesco: ______________</w:t>
      </w:r>
    </w:p>
    <w:p/>
    <w:p>
      <w:r>
        <w:rPr>
          <w:b/>
          <w:sz w:val="22"/>
        </w:rPr>
        <w:t>III – DA DOCUMENTAÇÃO ANEXADA</w:t>
      </w:r>
    </w:p>
    <w:p/>
    <w:p>
      <w:r>
        <w:rPr>
          <w:b/>
          <w:sz w:val="20"/>
        </w:rPr>
        <w:t>Para instruir este requerimento, seguem anexos os documentos necessários para comprovação do direito pleiteado, tais como:</w:t>
      </w:r>
    </w:p>
    <w:p/>
    <w:p>
      <w:r>
        <w:rPr>
          <w:b/>
          <w:sz w:val="20"/>
        </w:rPr>
        <w:t>- Certidão de óbito do(a) segurado(a);</w:t>
      </w:r>
    </w:p>
    <w:p>
      <w:r>
        <w:rPr>
          <w:b/>
          <w:sz w:val="20"/>
        </w:rPr>
        <w:t>- Documentos pessoais do(a) requerente e dependentes (RG, CPF, certidões de nascimento/casamento);</w:t>
      </w:r>
    </w:p>
    <w:p>
      <w:r>
        <w:rPr>
          <w:b/>
          <w:sz w:val="20"/>
        </w:rPr>
        <w:t>- Comprovação de dependência econômica, quando aplicável;</w:t>
      </w:r>
    </w:p>
    <w:p>
      <w:r>
        <w:rPr>
          <w:b/>
          <w:sz w:val="20"/>
        </w:rPr>
        <w:t>- Carteira de trabalho e/ou comprovantes de contribuição previdenciária;</w:t>
      </w:r>
    </w:p>
    <w:p>
      <w:r>
        <w:rPr>
          <w:b w:val="0"/>
          <w:sz w:val="20"/>
        </w:rPr>
        <w:t>- Outros documentos comprobatórios pertinentes.</w:t>
      </w:r>
    </w:p>
    <w:p/>
    <w:p>
      <w:r>
        <w:rPr>
          <w:b/>
          <w:sz w:val="22"/>
        </w:rPr>
        <w:t>IV – DOS FUNDAMENTOS LEGAIS</w:t>
      </w:r>
    </w:p>
    <w:p/>
    <w:p>
      <w:r>
        <w:rPr>
          <w:b w:val="0"/>
          <w:sz w:val="20"/>
        </w:rPr>
        <w:t>Amparo este pedido nos artigos 74 a 79 da Lei nº 8.213/91, que regulam o benefício de pensão por morte, bem como na Constituição Federal, art. 201, § 1º, e demais normas aplicáveis ao Regime Geral de Previdência Social.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a) A concessão do benefício de Pensão por Morte em favor do(a) requerente e demais dependentes legais, com efeitos retroativos à data do óbito do(a) segurado(a);</w:t>
      </w:r>
    </w:p>
    <w:p>
      <w:r>
        <w:rPr>
          <w:b/>
          <w:sz w:val="20"/>
        </w:rPr>
        <w:t>b) A contagem e o pagamento correto dos valores retroativos, conforme legislação vigente;</w:t>
      </w:r>
    </w:p>
    <w:p>
      <w:r>
        <w:rPr>
          <w:b/>
          <w:sz w:val="20"/>
        </w:rPr>
        <w:t>c) A expedição de documentos comprobatórios do benefício concedido;</w:t>
      </w:r>
    </w:p>
    <w:p>
      <w:r>
        <w:rPr>
          <w:b w:val="0"/>
          <w:sz w:val="20"/>
        </w:rPr>
        <w:t>d) A notificação do requerente para quaisquer atos referentes ao processo.</w:t>
      </w:r>
    </w:p>
    <w:p/>
    <w:p>
      <w:r>
        <w:rPr>
          <w:b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______________________________________, ____ de 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Assinatura do(a) Requerente</w:t>
      </w:r>
    </w:p>
    <w:p/>
    <w:p>
      <w:r>
        <w:rPr>
          <w:b w:val="0"/>
          <w:sz w:val="20"/>
        </w:rPr>
        <w:t>__________________________________________________</w:t>
      </w:r>
    </w:p>
    <w:p>
      <w:r>
        <w:rPr>
          <w:b w:val="0"/>
          <w:sz w:val="20"/>
        </w:rPr>
        <w:t>Assinatura do Advogado (se houver)</w:t>
      </w:r>
    </w:p>
    <w:p>
      <w:r>
        <w:rPr>
          <w:b w:val="0"/>
          <w:sz w:val="20"/>
        </w:rPr>
        <w:t>OAB nº __________</w:t>
      </w:r>
    </w:p>
    <w:p/>
    <w:p>
      <w:r>
        <w:rPr>
          <w:b/>
          <w:sz w:val="20"/>
        </w:rPr>
        <w:t>Observações:</w:t>
      </w:r>
    </w:p>
    <w:p>
      <w:r>
        <w:rPr>
          <w:b w:val="0"/>
          <w:sz w:val="20"/>
        </w:rPr>
        <w:t>- Este requerimento deve ser acompanhado de toda a documentação comprobatória mencionada.</w:t>
      </w:r>
    </w:p>
    <w:p>
      <w:r>
        <w:rPr>
          <w:b w:val="0"/>
          <w:sz w:val="20"/>
        </w:rPr>
        <w:t>- Em caso de dúvidas, procurar atendimento na agência previdenciária competente.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https://modelo-jus.com/requerimento-de-pensao-por-morte/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querimento-de-pensao-por-morte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