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EXCELENTÍSSIMO(A) SENHOR(A) DOUTOR(A) JUIZ(A) DE DIREITO DA ___ VARA CÍVEL DA COMARCA DE ____________________</w:t>
      </w:r>
    </w:p>
    <w:p/>
    <w:p/>
    <w:p>
      <w:r>
        <w:rPr>
          <w:b/>
          <w:sz w:val="22"/>
        </w:rPr>
        <w:t>OUTORGANTE:</w:t>
      </w:r>
    </w:p>
    <w:p>
      <w:r>
        <w:rPr>
          <w:b w:val="0"/>
          <w:sz w:val="22"/>
        </w:rPr>
        <w:t>Nome: _________________________________________________________________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______________________________________________________________</w:t>
      </w:r>
    </w:p>
    <w:p>
      <w:r>
        <w:rPr>
          <w:b w:val="0"/>
          <w:sz w:val="22"/>
        </w:rPr>
        <w:t>CPF: ___________________________________________________________________</w:t>
      </w:r>
    </w:p>
    <w:p>
      <w:r>
        <w:rPr>
          <w:b w:val="0"/>
          <w:sz w:val="22"/>
        </w:rPr>
        <w:t>RG: ____________________________________________________________________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</w:t>
      </w:r>
    </w:p>
    <w:p/>
    <w:p>
      <w:r>
        <w:rPr>
          <w:b/>
          <w:sz w:val="22"/>
        </w:rPr>
        <w:t>OUTORGADO:</w:t>
      </w:r>
    </w:p>
    <w:p>
      <w:r>
        <w:rPr>
          <w:b w:val="0"/>
          <w:sz w:val="22"/>
        </w:rPr>
        <w:t>Nome: _________________________________________________________________</w:t>
      </w:r>
    </w:p>
    <w:p>
      <w:r>
        <w:rPr>
          <w:b w:val="0"/>
          <w:sz w:val="22"/>
        </w:rPr>
        <w:t>OAB nº: ________________________________________________________________</w:t>
      </w:r>
    </w:p>
    <w:p>
      <w:r>
        <w:rPr>
          <w:b w:val="0"/>
          <w:sz w:val="22"/>
        </w:rPr>
        <w:t>Endereço Profissional: _________________________________________________</w:t>
      </w:r>
    </w:p>
    <w:p>
      <w:r>
        <w:rPr>
          <w:b w:val="0"/>
          <w:sz w:val="22"/>
        </w:rPr>
        <w:t>________________________________________________________________________</w:t>
      </w:r>
    </w:p>
    <w:p/>
    <w:p/>
    <w:p>
      <w:pPr>
        <w:jc w:val="center"/>
      </w:pPr>
      <w:r>
        <w:rPr>
          <w:b/>
          <w:sz w:val="24"/>
        </w:rPr>
        <w:t>REVOGAÇÃO DE MANDATO</w:t>
      </w:r>
    </w:p>
    <w:p/>
    <w:p/>
    <w:p>
      <w:pPr>
        <w:jc w:val="both"/>
      </w:pPr>
      <w:r>
        <w:rPr>
          <w:b w:val="0"/>
          <w:sz w:val="22"/>
        </w:rPr>
        <w:t>O OUTORGANTE, qualificado acima, por meio desta, com fulcro nos arts. 682 e 683 do Código Civil, vem, respeitosamente, perante Vossa Excelência, REVOGAR o mandato anteriormente outorgado ao OUTORGADO, ora também qualificado, conferido para representação nos autos do processo nº ________________, em trâmite perante este respeitável Juízo, retirando-lhe todos os poderes conferidos, inclusive para substabelecer, com ou sem reserva de poderes.</w:t>
        <w:br/>
        <w:br/>
        <w:t>Declara o OUTORGANTE que a presente revogação é plena e irrevogável, não mais reconhecendo quaisquer atos praticados pelo OUTORGADO a partir da data desta comunicação.</w:t>
        <w:br/>
        <w:br/>
        <w:t>Requer, por fim, que seja juntada aos autos do processo mencionado a presente revogação, para todos os efeitos legais, e que seja determinada a suspensão dos poderes do OUTORGADO para atuar em nome do OUTORGANTE.</w:t>
      </w:r>
    </w:p>
    <w:p/>
    <w:p/>
    <w:p>
      <w:r>
        <w:rPr>
          <w:b/>
          <w:sz w:val="22"/>
        </w:rPr>
        <w:t>Nestes termos,</w:t>
      </w:r>
    </w:p>
    <w:p>
      <w:r>
        <w:rPr>
          <w:b/>
          <w:sz w:val="22"/>
        </w:rPr>
        <w:t>Pede deferimento.</w:t>
      </w:r>
    </w:p>
    <w:p/>
    <w:p/>
    <w:p/>
    <w:p>
      <w:pPr>
        <w:jc w:val="center"/>
      </w:pPr>
      <w:r>
        <w:rPr>
          <w:b w:val="0"/>
          <w:sz w:val="22"/>
        </w:rPr>
        <w:t>__________________________________________</w:t>
      </w:r>
    </w:p>
    <w:p>
      <w:pPr>
        <w:jc w:val="center"/>
      </w:pPr>
      <w:r>
        <w:rPr>
          <w:b w:val="0"/>
          <w:sz w:val="22"/>
        </w:rPr>
        <w:t>Local</w:t>
      </w:r>
    </w:p>
    <w:p/>
    <w:p>
      <w:pPr>
        <w:jc w:val="center"/>
      </w:pPr>
      <w:r>
        <w:rPr>
          <w:b w:val="0"/>
          <w:sz w:val="22"/>
        </w:rPr>
        <w:t>__________________________________________</w:t>
      </w:r>
    </w:p>
    <w:p>
      <w:pPr>
        <w:jc w:val="center"/>
      </w:pPr>
      <w:r>
        <w:rPr>
          <w:b w:val="0"/>
          <w:sz w:val="22"/>
        </w:rPr>
        <w:t>Assinatura do Outorgante</w:t>
      </w:r>
    </w:p>
    <w:p/>
    <w:p/>
    <w:p/>
    <w:p>
      <w:pPr>
        <w:jc w:val="center"/>
      </w:pPr>
      <w:r>
        <w:rPr>
          <w:b w:val="0"/>
          <w:sz w:val="22"/>
        </w:rPr>
        <w:t>__________________________________________</w:t>
      </w:r>
    </w:p>
    <w:p>
      <w:pPr>
        <w:jc w:val="center"/>
      </w:pPr>
      <w:r>
        <w:rPr>
          <w:b w:val="0"/>
          <w:sz w:val="22"/>
        </w:rPr>
        <w:t>Advogado(a)</w:t>
      </w:r>
    </w:p>
    <w:p>
      <w:pPr>
        <w:jc w:val="center"/>
      </w:pPr>
      <w:r>
        <w:rPr>
          <w:b w:val="0"/>
          <w:sz w:val="22"/>
        </w:rPr>
        <w:t>OAB nº 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https://modelo-jus.com/revogacao-de-mandato/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revogacao-de-mandato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