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REVOGAÇÃO DE PROCURAÇÃO</w:t>
      </w:r>
    </w:p>
    <w:p/>
    <w:p/>
    <w:p>
      <w:pPr>
        <w:jc w:val="both"/>
      </w:pPr>
      <w:r>
        <w:rPr>
          <w:b w:val="0"/>
          <w:i w:val="0"/>
          <w:sz w:val="22"/>
        </w:rPr>
        <w:t>Eu, ________________________________________________, brasileiro(a), estado civil ________________, portador(a) do RG nº ____________________, inscrito(a) no CPF sob o nº ______________________, residente e domiciliado(a) à ________________________________________________________________, por meio deste instrumento, na melhor forma de direito, venho declarar e informar o que segue:</w:t>
      </w:r>
    </w:p>
    <w:p/>
    <w:p>
      <w:pPr>
        <w:jc w:val="both"/>
      </w:pPr>
      <w:r>
        <w:rPr>
          <w:b w:val="0"/>
          <w:i w:val="0"/>
          <w:sz w:val="22"/>
        </w:rPr>
        <w:t>1. REVOGO, na forma da lei, todos os poderes conferidos por mim ao(à) advogado(a) ________________________________________, inscrito(a) na OAB/___ sob nº ____________, com escritório profissional situado à ________________________________________________, outorgados através da procuração datada de ____/____/________, para que não mais possa agir em meu nome, em quaisquer atos ou processos, administrativos ou judiciais, que envolvam meus interesses.</w:t>
      </w:r>
    </w:p>
    <w:p/>
    <w:p>
      <w:pPr>
        <w:jc w:val="both"/>
      </w:pPr>
      <w:r>
        <w:rPr>
          <w:b w:val="0"/>
          <w:i w:val="0"/>
          <w:sz w:val="22"/>
        </w:rPr>
        <w:t>2. Fica, portanto, expressamente revogada toda e qualquer autorização para que o referido advogado(a) possa praticar atos em meu nome, inclusive para receber intimações, citações, notificações, firmar compromissos, acordos, desistências, recursos, ou quaisquer outros atos processuais ou administrativos relacionados.</w:t>
      </w:r>
    </w:p>
    <w:p/>
    <w:p>
      <w:pPr>
        <w:jc w:val="both"/>
      </w:pPr>
      <w:r>
        <w:rPr>
          <w:b w:val="0"/>
          <w:i w:val="0"/>
          <w:sz w:val="22"/>
        </w:rPr>
        <w:t>3. Declaro, ainda, que esta revogação é feita por minha livre e espontânea vontade, estando ciente de suas consequências legais, e que tal ato deve ser respeitado por todos os órgãos, autoridades e partes envolvidas.</w:t>
      </w:r>
    </w:p>
    <w:p/>
    <w:p>
      <w:pPr>
        <w:jc w:val="both"/>
      </w:pPr>
      <w:r>
        <w:rPr>
          <w:b w:val="0"/>
          <w:i w:val="0"/>
          <w:sz w:val="22"/>
        </w:rPr>
        <w:t>4. Solicito a juntada desta revogação aos autos dos processos em que o(a) advogado(a) supracitado(a) esteja constituído(a), para que produza os efeitos legais necessários.</w:t>
      </w:r>
    </w:p>
    <w:p/>
    <w:p/>
    <w:p>
      <w:pPr>
        <w:jc w:val="both"/>
      </w:pPr>
      <w:r>
        <w:rPr>
          <w:b w:val="0"/>
          <w:i w:val="0"/>
          <w:sz w:val="22"/>
        </w:rPr>
        <w:t>Nestes termos,</w:t>
      </w:r>
    </w:p>
    <w:p>
      <w:pPr>
        <w:jc w:val="both"/>
      </w:pPr>
      <w:r>
        <w:rPr>
          <w:b w:val="0"/>
          <w:i w:val="0"/>
          <w:sz w:val="22"/>
        </w:rPr>
        <w:t>Pede deferimento.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______________________________, _________________________</w:t>
      </w:r>
    </w:p>
    <w:p>
      <w:pPr>
        <w:jc w:val="center"/>
      </w:pPr>
      <w:r>
        <w:rPr>
          <w:b w:val="0"/>
          <w:i w:val="0"/>
          <w:sz w:val="22"/>
        </w:rPr>
        <w:t>Local                                                  Data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do(a) Outorgante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Nome do(a) Outorgante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https://modelo-jus.com/revogacao-procuracao-advogado/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revogacao-procuracao-advogad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