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SOLICITAÇÃO DE RELATÓRIO ESCOLAR</w:t>
      </w:r>
    </w:p>
    <w:p/>
    <w:p/>
    <w:p>
      <w:pPr>
        <w:jc w:val="center"/>
      </w:pPr>
      <w:r>
        <w:rPr>
          <w:b/>
          <w:i w:val="0"/>
          <w:sz w:val="22"/>
        </w:rPr>
        <w:t>À</w:t>
      </w:r>
    </w:p>
    <w:p>
      <w:pPr>
        <w:jc w:val="both"/>
      </w:pPr>
      <w:r>
        <w:rPr>
          <w:b w:val="0"/>
          <w:i w:val="0"/>
          <w:sz w:val="22"/>
        </w:rPr>
        <w:t>Direção da Escola _______________________________</w:t>
      </w:r>
    </w:p>
    <w:p>
      <w:pPr>
        <w:jc w:val="both"/>
      </w:pPr>
      <w:r>
        <w:rPr>
          <w:b w:val="0"/>
          <w:i w:val="0"/>
          <w:sz w:val="22"/>
        </w:rPr>
        <w:t>Endereço: _______________________________________</w:t>
      </w:r>
    </w:p>
    <w:p>
      <w:pPr>
        <w:jc w:val="both"/>
      </w:pPr>
      <w:r>
        <w:rPr>
          <w:b w:val="0"/>
          <w:i w:val="0"/>
          <w:sz w:val="22"/>
        </w:rPr>
        <w:t>Cidade: ____________________ Estado: ____________</w:t>
      </w:r>
    </w:p>
    <w:p/>
    <w:p>
      <w:pPr>
        <w:jc w:val="both"/>
      </w:pPr>
      <w:r>
        <w:rPr>
          <w:b w:val="0"/>
          <w:i w:val="0"/>
          <w:sz w:val="22"/>
        </w:rPr>
        <w:t>Eu, ____________________________________________,</w:t>
      </w:r>
    </w:p>
    <w:p>
      <w:pPr>
        <w:jc w:val="both"/>
      </w:pPr>
      <w:r>
        <w:rPr>
          <w:b w:val="0"/>
          <w:i w:val="0"/>
          <w:sz w:val="22"/>
        </w:rPr>
        <w:t>portador(a) do RG nº ____________________________ e CPF nº ______________________,</w:t>
      </w:r>
    </w:p>
    <w:p>
      <w:pPr>
        <w:jc w:val="both"/>
      </w:pPr>
      <w:r>
        <w:rPr>
          <w:b w:val="0"/>
          <w:i w:val="0"/>
          <w:sz w:val="22"/>
        </w:rPr>
        <w:t>na qualidade de responsável legal pelo(a) aluno(a) ___________________________________,</w:t>
      </w:r>
    </w:p>
    <w:p>
      <w:pPr>
        <w:jc w:val="both"/>
      </w:pPr>
      <w:r>
        <w:rPr>
          <w:b w:val="0"/>
          <w:i w:val="0"/>
          <w:sz w:val="22"/>
        </w:rPr>
        <w:t>matrícula nº _______________, regularmente inscrito(a) nesta instituição de ensino,</w:t>
      </w:r>
    </w:p>
    <w:p>
      <w:pPr>
        <w:jc w:val="both"/>
      </w:pPr>
      <w:r>
        <w:rPr>
          <w:b w:val="0"/>
          <w:i w:val="0"/>
          <w:sz w:val="22"/>
        </w:rPr>
        <w:t>venho, por meio desta, solicitar a emissão do relatório escolar referente ao ano letivo de __________.</w:t>
      </w:r>
    </w:p>
    <w:p/>
    <w:p>
      <w:pPr>
        <w:jc w:val="both"/>
      </w:pPr>
      <w:r>
        <w:rPr>
          <w:b w:val="0"/>
          <w:i w:val="0"/>
          <w:sz w:val="22"/>
        </w:rPr>
        <w:t>Esta solicitação tem por finalidade acompanhar o desempenho acadêmico, frequência e demais informações</w:t>
      </w:r>
    </w:p>
    <w:p>
      <w:pPr>
        <w:jc w:val="both"/>
      </w:pPr>
      <w:r>
        <w:rPr>
          <w:b w:val="0"/>
          <w:i w:val="0"/>
          <w:sz w:val="22"/>
        </w:rPr>
        <w:t>pertinentes ao desenvolvimento escolar do(a) aluno(a), para fins de acompanhamento pedagógico e/ou</w:t>
      </w:r>
    </w:p>
    <w:p>
      <w:pPr>
        <w:jc w:val="both"/>
      </w:pPr>
      <w:r>
        <w:rPr>
          <w:b w:val="0"/>
          <w:i w:val="0"/>
          <w:sz w:val="22"/>
        </w:rPr>
        <w:t>atendimento de exigências administrativas.</w:t>
      </w:r>
    </w:p>
    <w:p/>
    <w:p>
      <w:pPr>
        <w:jc w:val="both"/>
      </w:pPr>
      <w:r>
        <w:rPr>
          <w:b w:val="0"/>
          <w:i w:val="0"/>
          <w:sz w:val="22"/>
        </w:rPr>
        <w:t>Solicito que o relatório contenha, no mínimo, as seguintes informações:</w:t>
      </w:r>
    </w:p>
    <w:p>
      <w:pPr>
        <w:jc w:val="both"/>
      </w:pPr>
      <w:r>
        <w:rPr>
          <w:b w:val="0"/>
          <w:i w:val="0"/>
          <w:sz w:val="22"/>
        </w:rPr>
        <w:t>- Dados pessoais do(a) aluno(a) (nome completo, data de nascimento, matrícula);</w:t>
      </w:r>
    </w:p>
    <w:p>
      <w:pPr>
        <w:jc w:val="both"/>
      </w:pPr>
      <w:r>
        <w:rPr>
          <w:b w:val="0"/>
          <w:i w:val="0"/>
          <w:sz w:val="22"/>
        </w:rPr>
        <w:t>- Disciplinas cursadas e respectivas médias e conceitos;</w:t>
      </w:r>
    </w:p>
    <w:p>
      <w:pPr>
        <w:jc w:val="both"/>
      </w:pPr>
      <w:r>
        <w:rPr>
          <w:b w:val="0"/>
          <w:i w:val="0"/>
          <w:sz w:val="22"/>
        </w:rPr>
        <w:t>- Frequência e assiduidade;</w:t>
      </w:r>
    </w:p>
    <w:p>
      <w:pPr>
        <w:jc w:val="both"/>
      </w:pPr>
      <w:r>
        <w:rPr>
          <w:b w:val="0"/>
          <w:i w:val="0"/>
          <w:sz w:val="22"/>
        </w:rPr>
        <w:t>- Observações sobre comportamento e desempenho;</w:t>
      </w:r>
    </w:p>
    <w:p>
      <w:pPr>
        <w:jc w:val="both"/>
      </w:pPr>
      <w:r>
        <w:rPr>
          <w:b w:val="0"/>
          <w:i w:val="0"/>
          <w:sz w:val="22"/>
        </w:rPr>
        <w:t>- Histórico de avaliações e recuperação, se houver;</w:t>
      </w:r>
    </w:p>
    <w:p>
      <w:pPr>
        <w:jc w:val="both"/>
      </w:pPr>
      <w:r>
        <w:rPr>
          <w:b w:val="0"/>
          <w:i w:val="0"/>
          <w:sz w:val="22"/>
        </w:rPr>
        <w:t>- Informações sobre atividades extracurriculares, se aplicável.</w:t>
      </w:r>
    </w:p>
    <w:p/>
    <w:p>
      <w:pPr>
        <w:jc w:val="both"/>
      </w:pPr>
      <w:r>
        <w:rPr>
          <w:b w:val="0"/>
          <w:i w:val="0"/>
          <w:sz w:val="22"/>
        </w:rPr>
        <w:t>Declaro estar ciente de que os dados solicitados serão utilizados exclusivamente para os fins mencionados,</w:t>
      </w:r>
    </w:p>
    <w:p>
      <w:pPr>
        <w:jc w:val="both"/>
      </w:pPr>
      <w:r>
        <w:rPr>
          <w:b w:val="0"/>
          <w:i w:val="0"/>
          <w:sz w:val="22"/>
        </w:rPr>
        <w:t>respeitando a legislação vigente de proteção de dados pessoais e direitos do estudante.</w:t>
      </w:r>
    </w:p>
    <w:p/>
    <w:p>
      <w:pPr>
        <w:jc w:val="both"/>
      </w:pPr>
      <w:r>
        <w:rPr>
          <w:b w:val="0"/>
          <w:i w:val="0"/>
          <w:sz w:val="22"/>
        </w:rPr>
        <w:t>Solicito ainda que o relatório seja entregue até o dia __/__/____, na secretaria da escola ou por meio digital, conforme políticas institucionais.</w:t>
      </w:r>
    </w:p>
    <w:p/>
    <w:p>
      <w:pPr>
        <w:jc w:val="both"/>
      </w:pPr>
      <w:r>
        <w:rPr>
          <w:b w:val="0"/>
          <w:i/>
          <w:sz w:val="22"/>
        </w:rPr>
        <w:t>Sem mais para o momento, agradeço a atenção e coloco-me à disposição para quaisquer esclarecimentos.</w:t>
      </w:r>
    </w:p>
    <w:p/>
    <w:p>
      <w:pPr>
        <w:jc w:val="both"/>
      </w:pPr>
      <w:r>
        <w:rPr>
          <w:b w:val="0"/>
          <w:i/>
          <w:sz w:val="22"/>
        </w:rPr>
        <w:t>Atenciosamente,</w:t>
      </w:r>
    </w:p>
    <w:p/>
    <w:p>
      <w:pPr>
        <w:jc w:val="both"/>
      </w:pPr>
      <w:r>
        <w:rPr>
          <w:b w:val="0"/>
          <w:i w:val="0"/>
          <w:sz w:val="22"/>
        </w:rPr>
        <w:t>________________________________________________________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Assinatura do Responsável Legal</w:t>
      </w:r>
    </w:p>
    <w:p/>
    <w:p>
      <w:pPr>
        <w:jc w:val="both"/>
      </w:pPr>
      <w:r>
        <w:rPr>
          <w:b w:val="0"/>
          <w:i w:val="0"/>
          <w:sz w:val="22"/>
        </w:rPr>
        <w:t>Telefone para contato: ____________________________________</w:t>
      </w:r>
    </w:p>
    <w:p>
      <w:pPr>
        <w:jc w:val="both"/>
      </w:pPr>
      <w:r>
        <w:rPr>
          <w:b w:val="0"/>
          <w:i w:val="0"/>
          <w:sz w:val="22"/>
        </w:rPr>
        <w:t>E-mail para contato: _____________________________________</w:t>
      </w:r>
    </w:p>
    <w:p/>
    <w:p>
      <w:pPr>
        <w:jc w:val="both"/>
      </w:pPr>
      <w:r>
        <w:rPr>
          <w:b w:val="0"/>
          <w:i w:val="0"/>
          <w:sz w:val="22"/>
        </w:rPr>
        <w:t>______________________, ____ de _______________ de ________</w:t>
      </w:r>
    </w:p>
    <w:p/>
    <w:p>
      <w:pPr>
        <w:jc w:val="center"/>
      </w:pPr>
      <w:r>
        <w:rPr>
          <w:b/>
          <w:i w:val="0"/>
          <w:sz w:val="22"/>
        </w:rPr>
        <w:t>------------------------------------------------------------</w:t>
      </w:r>
    </w:p>
    <w:p>
      <w:pPr>
        <w:jc w:val="center"/>
      </w:pPr>
      <w:r>
        <w:rPr>
          <w:b/>
          <w:i w:val="0"/>
          <w:sz w:val="22"/>
        </w:rPr>
        <w:t>Declaração de Recebimento (Preenchimento pela Escola)</w:t>
      </w:r>
    </w:p>
    <w:p/>
    <w:p>
      <w:pPr>
        <w:jc w:val="both"/>
      </w:pPr>
      <w:r>
        <w:rPr>
          <w:b w:val="0"/>
          <w:i w:val="0"/>
          <w:sz w:val="22"/>
        </w:rPr>
        <w:t>Recebemos a presente solicitação em ____/____/________, assinada por ____________________________________________,</w:t>
      </w:r>
    </w:p>
    <w:p>
      <w:pPr>
        <w:jc w:val="both"/>
      </w:pPr>
      <w:r>
        <w:rPr>
          <w:b w:val="0"/>
          <w:i w:val="0"/>
          <w:sz w:val="22"/>
        </w:rPr>
        <w:t>responsável legal do(a) aluno(a) ______________________________________________________, matrícula nº _______________.</w:t>
      </w:r>
    </w:p>
    <w:p/>
    <w:p>
      <w:pPr>
        <w:jc w:val="both"/>
      </w:pPr>
      <w:r>
        <w:rPr>
          <w:b w:val="0"/>
          <w:i w:val="0"/>
          <w:sz w:val="22"/>
        </w:rPr>
        <w:t>________________________________________________________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Assinatura e carimbo da escola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https://modelo-jus.com/solicitacao-de-relatorio-escolar/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solicitacao-de-relatorio-escolar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