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TERMO DE ADESÃO</w:t>
      </w:r>
    </w:p>
    <w:p/>
    <w:p/>
    <w:p>
      <w:r>
        <w:rPr>
          <w:b w:val="0"/>
          <w:i w:val="0"/>
          <w:sz w:val="22"/>
        </w:rPr>
        <w:t>Pelo presente instrumento particular, as partes abaixo identificadas resolvem firmar o presente TERMO DE ADESÃO, que se regerá pelas cláusulas e condições seguintes, em conformidade com a legislação brasileira aplicável.</w:t>
      </w:r>
    </w:p>
    <w:p/>
    <w:p/>
    <w:p>
      <w:r>
        <w:rPr>
          <w:b/>
          <w:i w:val="0"/>
          <w:sz w:val="22"/>
        </w:rPr>
        <w:t>I – IDENTIFICAÇÃO DO ADESANTE</w:t>
      </w:r>
    </w:p>
    <w:p/>
    <w:p>
      <w:r>
        <w:rPr>
          <w:b w:val="0"/>
          <w:i w:val="0"/>
          <w:sz w:val="22"/>
        </w:rPr>
        <w:t>Nome completo: 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_________________________________________________________________</w:t>
      </w:r>
    </w:p>
    <w:p/>
    <w:p/>
    <w:p>
      <w:r>
        <w:rPr>
          <w:b/>
          <w:i w:val="0"/>
          <w:sz w:val="22"/>
        </w:rPr>
        <w:t>II – IDENTIFICAÇÃO DA PARTE ADESORA</w:t>
      </w:r>
    </w:p>
    <w:p/>
    <w:p>
      <w:r>
        <w:rPr>
          <w:b w:val="0"/>
          <w:i w:val="0"/>
          <w:sz w:val="22"/>
        </w:rPr>
        <w:t>Nome/Razão Social: ________________________________________________________</w:t>
      </w:r>
    </w:p>
    <w:p>
      <w:r>
        <w:rPr>
          <w:b w:val="0"/>
          <w:i w:val="0"/>
          <w:sz w:val="22"/>
        </w:rPr>
        <w:t>CNPJ/CPF: ________________________________________________________________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_________________________________________________________________</w:t>
      </w:r>
    </w:p>
    <w:p>
      <w:r>
        <w:rPr>
          <w:b w:val="0"/>
          <w:i w:val="0"/>
          <w:sz w:val="22"/>
        </w:rPr>
        <w:t>Representante legal: _______________________________________________________</w:t>
      </w:r>
    </w:p>
    <w:p>
      <w:r>
        <w:rPr>
          <w:b w:val="0"/>
          <w:i w:val="0"/>
          <w:sz w:val="22"/>
        </w:rPr>
        <w:t>Cargo do representante: ____________________________________________________</w:t>
      </w:r>
    </w:p>
    <w:p/>
    <w:p/>
    <w:p>
      <w:r>
        <w:rPr>
          <w:b/>
          <w:i w:val="0"/>
          <w:sz w:val="22"/>
        </w:rPr>
        <w:t>III – DO OBJETO</w:t>
      </w:r>
    </w:p>
    <w:p/>
    <w:p>
      <w:r>
        <w:rPr>
          <w:b w:val="0"/>
          <w:i w:val="0"/>
          <w:sz w:val="22"/>
        </w:rPr>
        <w:t>Cláusula 1ª – O presente Termo de Adesão tem por objeto a vinculação do ADESANTE às condições, normas e regulamentos estabelecidos pela PARTE ADESORA, conforme previsto no instrumento convocatório e demais documentos relacionados.</w:t>
      </w:r>
    </w:p>
    <w:p/>
    <w:p>
      <w:r>
        <w:rPr>
          <w:b/>
          <w:i w:val="0"/>
          <w:sz w:val="22"/>
        </w:rPr>
        <w:t>IV – DAS OBRIGAÇÕES DO ADESANTE</w:t>
      </w:r>
    </w:p>
    <w:p/>
    <w:p>
      <w:r>
        <w:rPr>
          <w:b w:val="0"/>
          <w:i w:val="0"/>
          <w:sz w:val="22"/>
        </w:rPr>
        <w:t>Cláusula 2ª – Cumprir todas as disposições constantes no acordo, regulamento ou contrato principal ao qual este termo está vinculado.</w:t>
      </w:r>
    </w:p>
    <w:p>
      <w:r>
        <w:rPr>
          <w:b w:val="0"/>
          <w:i w:val="0"/>
          <w:sz w:val="22"/>
        </w:rPr>
        <w:t>Cláusula 3ª – Fornecer informações verdadeiras e completas à PARTE ADESORA, atualizando-as sempre que necessário.</w:t>
      </w:r>
    </w:p>
    <w:p>
      <w:r>
        <w:rPr>
          <w:b w:val="0"/>
          <w:i w:val="0"/>
          <w:sz w:val="22"/>
        </w:rPr>
        <w:t>Cláusula 4ª – Respeitar os prazos e condições estabelecidos para execução das obrigações assumidas.</w:t>
      </w:r>
    </w:p>
    <w:p/>
    <w:p>
      <w:r>
        <w:rPr>
          <w:b/>
          <w:i w:val="0"/>
          <w:sz w:val="22"/>
        </w:rPr>
        <w:t>V – DAS OBRIGAÇÕES DA PARTE ADESORA</w:t>
      </w:r>
    </w:p>
    <w:p/>
    <w:p>
      <w:r>
        <w:rPr>
          <w:b w:val="0"/>
          <w:i w:val="0"/>
          <w:sz w:val="22"/>
        </w:rPr>
        <w:t>Cláusula 5ª – Garantir o cumprimento das condições e benefícios previstos no instrumento principal.</w:t>
      </w:r>
    </w:p>
    <w:p>
      <w:r>
        <w:rPr>
          <w:b w:val="0"/>
          <w:i w:val="0"/>
          <w:sz w:val="22"/>
        </w:rPr>
        <w:t>Cláusula 6ª – Fornecer ao ADESANTE toda a documentação e informações necessárias para a boa execução do presente termo.</w:t>
      </w:r>
    </w:p>
    <w:p>
      <w:r>
        <w:rPr>
          <w:b w:val="0"/>
          <w:i w:val="0"/>
          <w:sz w:val="22"/>
        </w:rPr>
        <w:t>Cláusula 7ª – Zelar pelo cumprimento da legislação aplicável e das normas internas pertinentes.</w:t>
      </w:r>
    </w:p>
    <w:p/>
    <w:p>
      <w:r>
        <w:rPr>
          <w:b/>
          <w:i w:val="0"/>
          <w:sz w:val="22"/>
        </w:rPr>
        <w:t>VI – DA VIGÊNCIA</w:t>
      </w:r>
    </w:p>
    <w:p/>
    <w:p>
      <w:r>
        <w:rPr>
          <w:b w:val="0"/>
          <w:i w:val="0"/>
          <w:sz w:val="22"/>
        </w:rPr>
        <w:t>Cláusula 8ª – Este Termo de Adesão vigorará a partir da data de sua assinatura e permanecerá vigente durante o período estabelecido no instrumento principal ou até sua rescisão, conforme previsto.</w:t>
      </w:r>
    </w:p>
    <w:p/>
    <w:p>
      <w:r>
        <w:rPr>
          <w:b/>
          <w:i w:val="0"/>
          <w:sz w:val="22"/>
        </w:rPr>
        <w:t>VII – DA RESCISÃO</w:t>
      </w:r>
    </w:p>
    <w:p/>
    <w:p>
      <w:r>
        <w:rPr>
          <w:b w:val="0"/>
          <w:i w:val="0"/>
          <w:sz w:val="22"/>
        </w:rPr>
        <w:t>Cláusula 9ª – O presente Termo poderá ser rescindido nas hipóteses previstas no instrumento principal ou por acordo entre as partes, mediante notificação por escrito com antecedência mínima estabelecida.</w:t>
      </w:r>
    </w:p>
    <w:p/>
    <w:p>
      <w:r>
        <w:rPr>
          <w:b/>
          <w:i w:val="0"/>
          <w:sz w:val="22"/>
        </w:rPr>
        <w:t>VIII – DAS DISPOSIÇÕES GERAIS</w:t>
      </w:r>
    </w:p>
    <w:p/>
    <w:p>
      <w:r>
        <w:rPr>
          <w:b w:val="0"/>
          <w:i w:val="0"/>
          <w:sz w:val="22"/>
        </w:rPr>
        <w:t>Cláusula 10ª – Eventuais alterações neste Termo deverão ser realizadas por escrito e assinadas por ambas as partes.</w:t>
      </w:r>
    </w:p>
    <w:p>
      <w:r>
        <w:rPr>
          <w:b w:val="0"/>
          <w:i w:val="0"/>
          <w:sz w:val="22"/>
        </w:rPr>
        <w:t>Cláusula 11ª – A tolerância de uma das partes quanto ao descumprimento de quaisquer cláusulas não implicará renúncia ou novação.</w:t>
      </w:r>
    </w:p>
    <w:p>
      <w:r>
        <w:rPr>
          <w:b w:val="0"/>
          <w:i w:val="0"/>
          <w:sz w:val="22"/>
        </w:rPr>
        <w:t>Cláusula 12ª – O ADESANTE declara estar ciente e de acordo com todas as condições aqui estabelecidas.</w:t>
      </w:r>
    </w:p>
    <w:p/>
    <w:p>
      <w:r>
        <w:rPr>
          <w:b/>
          <w:i w:val="0"/>
          <w:sz w:val="22"/>
        </w:rPr>
        <w:t>IX – DO FORO</w:t>
      </w:r>
    </w:p>
    <w:p/>
    <w:p>
      <w:r>
        <w:rPr>
          <w:b w:val="0"/>
          <w:i w:val="0"/>
          <w:sz w:val="22"/>
        </w:rPr>
        <w:t>Cláusula 13ª – Para dirimir quaisquer controvérsias oriundas deste Termo, as partes elegem o foro da comarca da sede da PARTE ADESORA, renunciando a qualquer outro, por mais privilegiado que seja.</w:t>
      </w:r>
    </w:p>
    <w:p/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</w:rPr>
              <w:t>ADESANTE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</w:rPr>
              <w:t>PARTE ADESORA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br/>
              <w:br/>
              <w:br/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br/>
              <w:br/>
              <w:br/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br/>
              <w:br/>
              <w:br/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br/>
              <w:br/>
              <w:br/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</w:t>
            </w:r>
          </w:p>
        </w:tc>
      </w:tr>
      <w:tr>
        <w:tc>
          <w:tcPr>
            <w:tcW w:type="dxa" w:w="4986"/>
          </w:tcPr>
          <w:p>
            <w:r>
              <w:t>CPF: ____________________________</w:t>
            </w:r>
          </w:p>
        </w:tc>
        <w:tc>
          <w:tcPr>
            <w:tcW w:type="dxa" w:w="4986"/>
          </w:tcPr>
          <w:p>
            <w:r>
              <w:t>CNPJ: ___________________________</w:t>
            </w:r>
          </w:p>
        </w:tc>
      </w:tr>
    </w:tbl>
    <w:p/>
    <w:p/>
    <w:p>
      <w:r>
        <w:rPr>
          <w:b w:val="0"/>
          <w:i/>
          <w:sz w:val="22"/>
        </w:rPr>
        <w:t>Local: __________________________________________</w:t>
      </w:r>
    </w:p>
    <w:p>
      <w:r>
        <w:rPr>
          <w:b w:val="0"/>
          <w:i/>
          <w:sz w:val="22"/>
        </w:rPr>
        <w:t>Data: ___________________________________________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https://modelo-jus.com/termo-de-adesao/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termo-de-adesa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